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44C2" w:rsidRDefault="00AA4BB8" w:rsidP="00BE1580">
      <w:pPr>
        <w:pStyle w:val="Heading1"/>
        <w:jc w:val="center"/>
      </w:pPr>
      <w:r>
        <w:t>“And How Are the Children?”</w:t>
      </w:r>
      <w:r w:rsidR="00BE1580">
        <w:br/>
      </w:r>
      <w:r>
        <w:t xml:space="preserve"> </w:t>
      </w:r>
      <w:bookmarkStart w:id="0" w:name="_GoBack"/>
      <w:bookmarkEnd w:id="0"/>
      <w:r>
        <w:t>Wounds of Racial Trauma on Youth and Our Role as Treaters</w:t>
      </w:r>
    </w:p>
    <w:p w:rsidR="000D44C2" w:rsidRDefault="000D44C2" w:rsidP="00BE1580">
      <w:pPr>
        <w:pStyle w:val="Heading2"/>
      </w:pPr>
    </w:p>
    <w:p w:rsidR="000D44C2" w:rsidRDefault="00AA4BB8">
      <w:pPr>
        <w:pStyle w:val="Heading2"/>
      </w:pPr>
      <w:r>
        <w:t>Key Concepts</w:t>
      </w:r>
    </w:p>
    <w:p w:rsidR="000D44C2" w:rsidRDefault="00AA4BB8">
      <w:r>
        <w:t>Racism as trauma</w:t>
      </w:r>
      <w:r w:rsidR="00BE1580">
        <w:t>:</w:t>
      </w:r>
    </w:p>
    <w:p w:rsidR="000D44C2" w:rsidRDefault="00AA4BB8">
      <w:r>
        <w:t>________________________________________</w:t>
      </w:r>
    </w:p>
    <w:p w:rsidR="000D44C2" w:rsidRDefault="00AA4BB8">
      <w:r>
        <w:t>________________________________________</w:t>
      </w:r>
    </w:p>
    <w:p w:rsidR="000D44C2" w:rsidRDefault="00AA4BB8">
      <w:r>
        <w:t>________________________________________</w:t>
      </w:r>
    </w:p>
    <w:p w:rsidR="000D44C2" w:rsidRDefault="00AA4BB8">
      <w:r>
        <w:t xml:space="preserve">Impact on </w:t>
      </w:r>
      <w:r>
        <w:t>youth of color</w:t>
      </w:r>
      <w:r w:rsidR="00BE1580">
        <w:t>:</w:t>
      </w:r>
    </w:p>
    <w:p w:rsidR="000D44C2" w:rsidRDefault="00AA4BB8">
      <w:r>
        <w:t>________________________________________</w:t>
      </w:r>
    </w:p>
    <w:p w:rsidR="000D44C2" w:rsidRDefault="00AA4BB8">
      <w:r>
        <w:t>________________________________________</w:t>
      </w:r>
    </w:p>
    <w:p w:rsidR="000D44C2" w:rsidRDefault="00AA4BB8">
      <w:r>
        <w:t>________________________________________</w:t>
      </w:r>
    </w:p>
    <w:p w:rsidR="000D44C2" w:rsidRDefault="00AA4BB8">
      <w:r>
        <w:t>Impact on white youth</w:t>
      </w:r>
      <w:r w:rsidR="00BE1580">
        <w:t>:</w:t>
      </w:r>
    </w:p>
    <w:p w:rsidR="000D44C2" w:rsidRDefault="00AA4BB8">
      <w:r>
        <w:t>________________________________________</w:t>
      </w:r>
    </w:p>
    <w:p w:rsidR="000D44C2" w:rsidRDefault="00AA4BB8">
      <w:r>
        <w:t>________________________________________</w:t>
      </w:r>
    </w:p>
    <w:p w:rsidR="000D44C2" w:rsidRDefault="00AA4BB8">
      <w:r>
        <w:t>______________</w:t>
      </w:r>
      <w:r>
        <w:t>__________________________</w:t>
      </w:r>
    </w:p>
    <w:p w:rsidR="000D44C2" w:rsidRDefault="00AA4BB8">
      <w:r>
        <w:t>Healing is collective and relational</w:t>
      </w:r>
      <w:r w:rsidR="00BE1580">
        <w:t>:</w:t>
      </w:r>
    </w:p>
    <w:p w:rsidR="000D44C2" w:rsidRDefault="00AA4BB8">
      <w:r>
        <w:t>________________________________________</w:t>
      </w:r>
    </w:p>
    <w:p w:rsidR="000D44C2" w:rsidRDefault="00AA4BB8">
      <w:r>
        <w:t>________________________________________</w:t>
      </w:r>
    </w:p>
    <w:p w:rsidR="000D44C2" w:rsidRDefault="00AA4BB8">
      <w:r>
        <w:t>________________________________________</w:t>
      </w:r>
    </w:p>
    <w:p w:rsidR="000D44C2" w:rsidRDefault="000D44C2"/>
    <w:p w:rsidR="00BE1580" w:rsidRDefault="00BE1580">
      <w:pPr>
        <w:pStyle w:val="Heading2"/>
      </w:pPr>
    </w:p>
    <w:p w:rsidR="000D44C2" w:rsidRDefault="00AA4BB8">
      <w:pPr>
        <w:pStyle w:val="Heading2"/>
      </w:pPr>
      <w:r>
        <w:t>Reflection — Youth of Color</w:t>
      </w:r>
    </w:p>
    <w:p w:rsidR="000D44C2" w:rsidRDefault="00AA4BB8">
      <w:r>
        <w:t>Prompt 1: List 2 ways you have seen raci</w:t>
      </w:r>
      <w:r>
        <w:t>sm impact youth of color.</w:t>
      </w:r>
    </w:p>
    <w:p w:rsidR="000D44C2" w:rsidRDefault="00AA4BB8">
      <w:r>
        <w:t>________________________________________</w:t>
      </w:r>
    </w:p>
    <w:p w:rsidR="000D44C2" w:rsidRDefault="00AA4BB8">
      <w:r>
        <w:t>________________________________________</w:t>
      </w:r>
    </w:p>
    <w:p w:rsidR="000D44C2" w:rsidRDefault="00AA4BB8">
      <w:r>
        <w:t>________________________________________</w:t>
      </w:r>
    </w:p>
    <w:p w:rsidR="000D44C2" w:rsidRDefault="00AA4BB8">
      <w:r>
        <w:t>Prompt 2: What strengths or resilience strategies have you noticed?</w:t>
      </w:r>
    </w:p>
    <w:p w:rsidR="000D44C2" w:rsidRDefault="00AA4BB8">
      <w:r>
        <w:t>_______________________________________</w:t>
      </w:r>
      <w:r>
        <w:t>_</w:t>
      </w:r>
    </w:p>
    <w:p w:rsidR="000D44C2" w:rsidRDefault="00AA4BB8">
      <w:r>
        <w:t>________________________________________</w:t>
      </w:r>
    </w:p>
    <w:p w:rsidR="000D44C2" w:rsidRDefault="00AA4BB8">
      <w:r>
        <w:t>________________________________________</w:t>
      </w:r>
    </w:p>
    <w:p w:rsidR="000D44C2" w:rsidRDefault="000D44C2"/>
    <w:p w:rsidR="000D44C2" w:rsidRDefault="00AA4BB8">
      <w:pPr>
        <w:pStyle w:val="Heading2"/>
      </w:pPr>
      <w:r>
        <w:t>Reflection — White Youth</w:t>
      </w:r>
    </w:p>
    <w:p w:rsidR="000D44C2" w:rsidRDefault="00AA4BB8">
      <w:r>
        <w:t>Prompt 1: List 2 ways you have seen racism impact white youth.</w:t>
      </w:r>
    </w:p>
    <w:p w:rsidR="000D44C2" w:rsidRDefault="00AA4BB8">
      <w:r>
        <w:t>________________________________________</w:t>
      </w:r>
    </w:p>
    <w:p w:rsidR="000D44C2" w:rsidRDefault="00AA4BB8">
      <w:r>
        <w:t>________________________________________</w:t>
      </w:r>
    </w:p>
    <w:p w:rsidR="000D44C2" w:rsidRDefault="00AA4BB8">
      <w:r>
        <w:t>________________________________________</w:t>
      </w:r>
    </w:p>
    <w:p w:rsidR="000D44C2" w:rsidRDefault="00AA4BB8">
      <w:r>
        <w:t>Prompt 2: Have you seen examples of resistance or questioning among white youth?</w:t>
      </w:r>
    </w:p>
    <w:p w:rsidR="000D44C2" w:rsidRDefault="00AA4BB8">
      <w:r>
        <w:t>________________________________________</w:t>
      </w:r>
    </w:p>
    <w:p w:rsidR="000D44C2" w:rsidRDefault="00AA4BB8">
      <w:r>
        <w:t>________________________________________</w:t>
      </w:r>
    </w:p>
    <w:p w:rsidR="000D44C2" w:rsidRDefault="00AA4BB8">
      <w:r>
        <w:t>________________________________________</w:t>
      </w:r>
    </w:p>
    <w:p w:rsidR="000D44C2" w:rsidRDefault="000D44C2"/>
    <w:p w:rsidR="00BE1580" w:rsidRDefault="00BE1580">
      <w:pPr>
        <w:pStyle w:val="Heading2"/>
      </w:pPr>
    </w:p>
    <w:p w:rsidR="00BE1580" w:rsidRDefault="00BE1580" w:rsidP="00BE1580"/>
    <w:p w:rsidR="00BE1580" w:rsidRPr="00BE1580" w:rsidRDefault="00BE1580" w:rsidP="00BE1580">
      <w:pPr>
        <w:jc w:val="center"/>
      </w:pPr>
    </w:p>
    <w:p w:rsidR="00BE1580" w:rsidRDefault="00BE1580">
      <w:pPr>
        <w:pStyle w:val="Heading2"/>
      </w:pPr>
    </w:p>
    <w:p w:rsidR="000D44C2" w:rsidRDefault="00AA4BB8">
      <w:pPr>
        <w:pStyle w:val="Heading2"/>
      </w:pPr>
      <w:r>
        <w:t>Strategies</w:t>
      </w:r>
      <w:r>
        <w:t xml:space="preserve"> for Healing</w:t>
      </w:r>
    </w:p>
    <w:p w:rsidR="000D44C2" w:rsidRDefault="00AA4BB8">
      <w:r>
        <w:t>Guiding Prompt: What’s one shift you can make in your work with youth of color?</w:t>
      </w:r>
    </w:p>
    <w:p w:rsidR="000D44C2" w:rsidRDefault="00AA4BB8">
      <w:r>
        <w:t>________________________________________</w:t>
      </w:r>
    </w:p>
    <w:p w:rsidR="000D44C2" w:rsidRDefault="00AA4BB8">
      <w:r>
        <w:t>________________________________________</w:t>
      </w:r>
    </w:p>
    <w:p w:rsidR="000D44C2" w:rsidRDefault="00AA4BB8">
      <w:r>
        <w:t>________________________________________</w:t>
      </w:r>
    </w:p>
    <w:p w:rsidR="000D44C2" w:rsidRDefault="00AA4BB8">
      <w:r>
        <w:t>Guiding Prompt: What’s one shift you can</w:t>
      </w:r>
      <w:r>
        <w:t xml:space="preserve"> make in your work with white youth?</w:t>
      </w:r>
    </w:p>
    <w:p w:rsidR="000D44C2" w:rsidRDefault="00AA4BB8">
      <w:r>
        <w:t>________________________________________</w:t>
      </w:r>
    </w:p>
    <w:p w:rsidR="000D44C2" w:rsidRDefault="00AA4BB8">
      <w:r>
        <w:t>________________________________________</w:t>
      </w:r>
    </w:p>
    <w:p w:rsidR="000D44C2" w:rsidRDefault="00AA4BB8">
      <w:r>
        <w:t>________________________________________</w:t>
      </w:r>
    </w:p>
    <w:p w:rsidR="000D44C2" w:rsidRDefault="000D44C2"/>
    <w:p w:rsidR="000D44C2" w:rsidRDefault="00AA4BB8">
      <w:pPr>
        <w:pStyle w:val="Heading2"/>
      </w:pPr>
      <w:r>
        <w:t>Commitment Page</w:t>
      </w:r>
    </w:p>
    <w:p w:rsidR="000D44C2" w:rsidRDefault="00AA4BB8">
      <w:r>
        <w:t>Prompt: My action step to support healing and justice for youth is…</w:t>
      </w:r>
    </w:p>
    <w:p w:rsidR="000D44C2" w:rsidRDefault="00AA4BB8">
      <w:r>
        <w:t>___________</w:t>
      </w:r>
      <w:r>
        <w:t>_____________________________</w:t>
      </w:r>
    </w:p>
    <w:p w:rsidR="000D44C2" w:rsidRDefault="00AA4BB8">
      <w:r>
        <w:t>________________________________________</w:t>
      </w:r>
    </w:p>
    <w:p w:rsidR="000D44C2" w:rsidRDefault="00AA4BB8">
      <w:r>
        <w:t>________________________________________</w:t>
      </w:r>
    </w:p>
    <w:p w:rsidR="000D44C2" w:rsidRDefault="000D44C2"/>
    <w:p w:rsidR="000D44C2" w:rsidRDefault="00AA4BB8">
      <w:pPr>
        <w:pStyle w:val="Heading2"/>
      </w:pPr>
      <w:r>
        <w:t>Resources</w:t>
      </w:r>
    </w:p>
    <w:p w:rsidR="000D44C2" w:rsidRDefault="00AA4BB8">
      <w:r>
        <w:t>Key trauma-informed care resources (with space to add your own).</w:t>
      </w:r>
    </w:p>
    <w:p w:rsidR="000D44C2" w:rsidRDefault="00AA4BB8">
      <w:r>
        <w:t>________________________________________</w:t>
      </w:r>
    </w:p>
    <w:p w:rsidR="000D44C2" w:rsidRDefault="00AA4BB8">
      <w:r>
        <w:t>________________________________________</w:t>
      </w:r>
    </w:p>
    <w:p w:rsidR="000D44C2" w:rsidRDefault="00AA4BB8">
      <w:r>
        <w:t>________________________________________</w:t>
      </w:r>
    </w:p>
    <w:p w:rsidR="000D44C2" w:rsidRDefault="000D44C2"/>
    <w:sectPr w:rsidR="000D44C2" w:rsidSect="00BE1580">
      <w:headerReference w:type="default" r:id="rId8"/>
      <w:footerReference w:type="default" r:id="rId9"/>
      <w:pgSz w:w="12240" w:h="15840"/>
      <w:pgMar w:top="720" w:right="720" w:bottom="720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4BB8" w:rsidRDefault="00AA4BB8" w:rsidP="000B3660">
      <w:pPr>
        <w:spacing w:after="0" w:line="240" w:lineRule="auto"/>
      </w:pPr>
      <w:r>
        <w:separator/>
      </w:r>
    </w:p>
  </w:endnote>
  <w:endnote w:type="continuationSeparator" w:id="0">
    <w:p w:rsidR="00AA4BB8" w:rsidRDefault="00AA4BB8" w:rsidP="000B36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1580" w:rsidRDefault="00BE1580" w:rsidP="00BE1580">
    <w:pPr>
      <w:pStyle w:val="Footer"/>
      <w:jc w:val="center"/>
    </w:pPr>
    <w:r>
      <w:rPr>
        <w:noProof/>
      </w:rPr>
      <w:drawing>
        <wp:inline distT="0" distB="0" distL="0" distR="0">
          <wp:extent cx="6858000" cy="403225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oter Traumatic Stress Institute of Klingberg Family Centers 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0" cy="403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4BB8" w:rsidRDefault="00AA4BB8" w:rsidP="000B3660">
      <w:pPr>
        <w:spacing w:after="0" w:line="240" w:lineRule="auto"/>
      </w:pPr>
      <w:r>
        <w:separator/>
      </w:r>
    </w:p>
  </w:footnote>
  <w:footnote w:type="continuationSeparator" w:id="0">
    <w:p w:rsidR="00AA4BB8" w:rsidRDefault="00AA4BB8" w:rsidP="000B36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3660" w:rsidRDefault="00BE1580" w:rsidP="00BE1580">
    <w:pPr>
      <w:pStyle w:val="Header"/>
      <w:jc w:val="center"/>
    </w:pPr>
    <w:r>
      <w:rPr>
        <w:noProof/>
      </w:rPr>
      <w:drawing>
        <wp:inline distT="0" distB="0" distL="0" distR="0">
          <wp:extent cx="6610350" cy="1189863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01.14.21TSI Header for Mailchi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10015" cy="12078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3660"/>
    <w:rsid w:val="000D44C2"/>
    <w:rsid w:val="0015074B"/>
    <w:rsid w:val="0029639D"/>
    <w:rsid w:val="00326F90"/>
    <w:rsid w:val="003D78D9"/>
    <w:rsid w:val="00AA1D8D"/>
    <w:rsid w:val="00AA4BB8"/>
    <w:rsid w:val="00B47730"/>
    <w:rsid w:val="00BE158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DF1504A"/>
  <w14:defaultImageDpi w14:val="300"/>
  <w15:docId w15:val="{9390E339-19CC-434F-B4B1-7A072F358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1580"/>
    <w:rPr>
      <w:rFonts w:ascii="Arial" w:hAnsi="Arial"/>
      <w:color w:val="444444" w:themeColor="text1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15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E98610" w:themeColor="accent1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158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E98610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E98610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E98610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74420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74420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727272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E98610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727272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BE1580"/>
    <w:rPr>
      <w:rFonts w:asciiTheme="majorHAnsi" w:eastAsiaTheme="majorEastAsia" w:hAnsiTheme="majorHAnsi" w:cstheme="majorBidi"/>
      <w:b/>
      <w:bCs/>
      <w:color w:val="E98610" w:themeColor="accent1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E1580"/>
    <w:rPr>
      <w:rFonts w:asciiTheme="majorHAnsi" w:eastAsiaTheme="majorEastAsia" w:hAnsiTheme="majorHAnsi" w:cstheme="majorBidi"/>
      <w:b/>
      <w:bCs/>
      <w:color w:val="E98610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E98610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E98610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6E7168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6E7168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E98610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E98610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444444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E98610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74420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74420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727272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E98610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727272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E98610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E98610" w:themeColor="accent1"/>
      </w:pBdr>
      <w:spacing w:before="200" w:after="280"/>
      <w:ind w:left="936" w:right="936"/>
    </w:pPr>
    <w:rPr>
      <w:b/>
      <w:bCs/>
      <w:i/>
      <w:iCs/>
      <w:color w:val="E98610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E98610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A1A1A1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E98610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638A09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638A09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323232" w:themeColor="text1" w:themeShade="BF"/>
    </w:rPr>
    <w:tblPr>
      <w:tblStyleRowBandSize w:val="1"/>
      <w:tblStyleColBandSize w:val="1"/>
      <w:tblBorders>
        <w:top w:val="single" w:sz="8" w:space="0" w:color="444444" w:themeColor="text1"/>
        <w:bottom w:val="single" w:sz="8" w:space="0" w:color="444444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4444" w:themeColor="text1"/>
          <w:left w:val="nil"/>
          <w:bottom w:val="single" w:sz="8" w:space="0" w:color="444444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4444" w:themeColor="text1"/>
          <w:left w:val="nil"/>
          <w:bottom w:val="single" w:sz="8" w:space="0" w:color="444444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0D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0D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AE630C" w:themeColor="accent1" w:themeShade="BF"/>
    </w:rPr>
    <w:tblPr>
      <w:tblStyleRowBandSize w:val="1"/>
      <w:tblStyleColBandSize w:val="1"/>
      <w:tblBorders>
        <w:top w:val="single" w:sz="8" w:space="0" w:color="E98610" w:themeColor="accent1"/>
        <w:bottom w:val="single" w:sz="8" w:space="0" w:color="E9861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8610" w:themeColor="accent1"/>
          <w:left w:val="nil"/>
          <w:bottom w:val="single" w:sz="8" w:space="0" w:color="E9861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8610" w:themeColor="accent1"/>
          <w:left w:val="nil"/>
          <w:bottom w:val="single" w:sz="8" w:space="0" w:color="E9861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E1C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E1C2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496706" w:themeColor="accent2" w:themeShade="BF"/>
    </w:rPr>
    <w:tblPr>
      <w:tblStyleRowBandSize w:val="1"/>
      <w:tblStyleColBandSize w:val="1"/>
      <w:tblBorders>
        <w:top w:val="single" w:sz="8" w:space="0" w:color="638A09" w:themeColor="accent2"/>
        <w:bottom w:val="single" w:sz="8" w:space="0" w:color="638A0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8A09" w:themeColor="accent2"/>
          <w:left w:val="nil"/>
          <w:bottom w:val="single" w:sz="8" w:space="0" w:color="638A0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8A09" w:themeColor="accent2"/>
          <w:left w:val="nil"/>
          <w:bottom w:val="single" w:sz="8" w:space="0" w:color="638A0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9AA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F9AA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59326" w:themeColor="accent3" w:themeShade="BF"/>
    </w:rPr>
    <w:tblPr>
      <w:tblStyleRowBandSize w:val="1"/>
      <w:tblStyleColBandSize w:val="1"/>
      <w:tblBorders>
        <w:top w:val="single" w:sz="8" w:space="0" w:color="9EC533" w:themeColor="accent3"/>
        <w:bottom w:val="single" w:sz="8" w:space="0" w:color="9EC533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C533" w:themeColor="accent3"/>
          <w:left w:val="nil"/>
          <w:bottom w:val="single" w:sz="8" w:space="0" w:color="9EC533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C533" w:themeColor="accent3"/>
          <w:left w:val="nil"/>
          <w:bottom w:val="single" w:sz="8" w:space="0" w:color="9EC533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F1C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F1CB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BAD935" w:themeColor="accent4" w:themeShade="BF"/>
    </w:rPr>
    <w:tblPr>
      <w:tblStyleRowBandSize w:val="1"/>
      <w:tblStyleColBandSize w:val="1"/>
      <w:tblBorders>
        <w:top w:val="single" w:sz="8" w:space="0" w:color="D5E882" w:themeColor="accent4"/>
        <w:bottom w:val="single" w:sz="8" w:space="0" w:color="D5E88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E882" w:themeColor="accent4"/>
          <w:left w:val="nil"/>
          <w:bottom w:val="single" w:sz="8" w:space="0" w:color="D5E88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E882" w:themeColor="accent4"/>
          <w:left w:val="nil"/>
          <w:bottom w:val="single" w:sz="8" w:space="0" w:color="D5E88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F9E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F9E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23232" w:themeColor="accent5" w:themeShade="BF"/>
    </w:rPr>
    <w:tblPr>
      <w:tblStyleRowBandSize w:val="1"/>
      <w:tblStyleColBandSize w:val="1"/>
      <w:tblBorders>
        <w:top w:val="single" w:sz="8" w:space="0" w:color="444444" w:themeColor="accent5"/>
        <w:bottom w:val="single" w:sz="8" w:space="0" w:color="44444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4444" w:themeColor="accent5"/>
          <w:left w:val="nil"/>
          <w:bottom w:val="single" w:sz="8" w:space="0" w:color="44444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4444" w:themeColor="accent5"/>
          <w:left w:val="nil"/>
          <w:bottom w:val="single" w:sz="8" w:space="0" w:color="44444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0D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0D0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44444" w:themeColor="text1"/>
        <w:left w:val="single" w:sz="8" w:space="0" w:color="444444" w:themeColor="text1"/>
        <w:bottom w:val="single" w:sz="8" w:space="0" w:color="444444" w:themeColor="text1"/>
        <w:right w:val="single" w:sz="8" w:space="0" w:color="444444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4444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4444" w:themeColor="text1"/>
          <w:left w:val="single" w:sz="8" w:space="0" w:color="444444" w:themeColor="text1"/>
          <w:bottom w:val="single" w:sz="8" w:space="0" w:color="444444" w:themeColor="text1"/>
          <w:right w:val="single" w:sz="8" w:space="0" w:color="444444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4444" w:themeColor="text1"/>
          <w:left w:val="single" w:sz="8" w:space="0" w:color="444444" w:themeColor="text1"/>
          <w:bottom w:val="single" w:sz="8" w:space="0" w:color="444444" w:themeColor="text1"/>
          <w:right w:val="single" w:sz="8" w:space="0" w:color="444444" w:themeColor="text1"/>
        </w:tcBorders>
      </w:tcPr>
    </w:tblStylePr>
    <w:tblStylePr w:type="band1Horz">
      <w:tblPr/>
      <w:tcPr>
        <w:tcBorders>
          <w:top w:val="single" w:sz="8" w:space="0" w:color="444444" w:themeColor="text1"/>
          <w:left w:val="single" w:sz="8" w:space="0" w:color="444444" w:themeColor="text1"/>
          <w:bottom w:val="single" w:sz="8" w:space="0" w:color="444444" w:themeColor="text1"/>
          <w:right w:val="single" w:sz="8" w:space="0" w:color="444444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E98610" w:themeColor="accent1"/>
        <w:left w:val="single" w:sz="8" w:space="0" w:color="E98610" w:themeColor="accent1"/>
        <w:bottom w:val="single" w:sz="8" w:space="0" w:color="E98610" w:themeColor="accent1"/>
        <w:right w:val="single" w:sz="8" w:space="0" w:color="E9861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861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8610" w:themeColor="accent1"/>
          <w:left w:val="single" w:sz="8" w:space="0" w:color="E98610" w:themeColor="accent1"/>
          <w:bottom w:val="single" w:sz="8" w:space="0" w:color="E98610" w:themeColor="accent1"/>
          <w:right w:val="single" w:sz="8" w:space="0" w:color="E9861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8610" w:themeColor="accent1"/>
          <w:left w:val="single" w:sz="8" w:space="0" w:color="E98610" w:themeColor="accent1"/>
          <w:bottom w:val="single" w:sz="8" w:space="0" w:color="E98610" w:themeColor="accent1"/>
          <w:right w:val="single" w:sz="8" w:space="0" w:color="E98610" w:themeColor="accent1"/>
        </w:tcBorders>
      </w:tcPr>
    </w:tblStylePr>
    <w:tblStylePr w:type="band1Horz">
      <w:tblPr/>
      <w:tcPr>
        <w:tcBorders>
          <w:top w:val="single" w:sz="8" w:space="0" w:color="E98610" w:themeColor="accent1"/>
          <w:left w:val="single" w:sz="8" w:space="0" w:color="E98610" w:themeColor="accent1"/>
          <w:bottom w:val="single" w:sz="8" w:space="0" w:color="E98610" w:themeColor="accent1"/>
          <w:right w:val="single" w:sz="8" w:space="0" w:color="E9861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638A09" w:themeColor="accent2"/>
        <w:left w:val="single" w:sz="8" w:space="0" w:color="638A09" w:themeColor="accent2"/>
        <w:bottom w:val="single" w:sz="8" w:space="0" w:color="638A09" w:themeColor="accent2"/>
        <w:right w:val="single" w:sz="8" w:space="0" w:color="638A0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38A0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38A09" w:themeColor="accent2"/>
          <w:left w:val="single" w:sz="8" w:space="0" w:color="638A09" w:themeColor="accent2"/>
          <w:bottom w:val="single" w:sz="8" w:space="0" w:color="638A09" w:themeColor="accent2"/>
          <w:right w:val="single" w:sz="8" w:space="0" w:color="638A0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38A09" w:themeColor="accent2"/>
          <w:left w:val="single" w:sz="8" w:space="0" w:color="638A09" w:themeColor="accent2"/>
          <w:bottom w:val="single" w:sz="8" w:space="0" w:color="638A09" w:themeColor="accent2"/>
          <w:right w:val="single" w:sz="8" w:space="0" w:color="638A09" w:themeColor="accent2"/>
        </w:tcBorders>
      </w:tcPr>
    </w:tblStylePr>
    <w:tblStylePr w:type="band1Horz">
      <w:tblPr/>
      <w:tcPr>
        <w:tcBorders>
          <w:top w:val="single" w:sz="8" w:space="0" w:color="638A09" w:themeColor="accent2"/>
          <w:left w:val="single" w:sz="8" w:space="0" w:color="638A09" w:themeColor="accent2"/>
          <w:bottom w:val="single" w:sz="8" w:space="0" w:color="638A09" w:themeColor="accent2"/>
          <w:right w:val="single" w:sz="8" w:space="0" w:color="638A09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EC533" w:themeColor="accent3"/>
        <w:left w:val="single" w:sz="8" w:space="0" w:color="9EC533" w:themeColor="accent3"/>
        <w:bottom w:val="single" w:sz="8" w:space="0" w:color="9EC533" w:themeColor="accent3"/>
        <w:right w:val="single" w:sz="8" w:space="0" w:color="9EC533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EC53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C533" w:themeColor="accent3"/>
          <w:left w:val="single" w:sz="8" w:space="0" w:color="9EC533" w:themeColor="accent3"/>
          <w:bottom w:val="single" w:sz="8" w:space="0" w:color="9EC533" w:themeColor="accent3"/>
          <w:right w:val="single" w:sz="8" w:space="0" w:color="9EC53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EC533" w:themeColor="accent3"/>
          <w:left w:val="single" w:sz="8" w:space="0" w:color="9EC533" w:themeColor="accent3"/>
          <w:bottom w:val="single" w:sz="8" w:space="0" w:color="9EC533" w:themeColor="accent3"/>
          <w:right w:val="single" w:sz="8" w:space="0" w:color="9EC533" w:themeColor="accent3"/>
        </w:tcBorders>
      </w:tcPr>
    </w:tblStylePr>
    <w:tblStylePr w:type="band1Horz">
      <w:tblPr/>
      <w:tcPr>
        <w:tcBorders>
          <w:top w:val="single" w:sz="8" w:space="0" w:color="9EC533" w:themeColor="accent3"/>
          <w:left w:val="single" w:sz="8" w:space="0" w:color="9EC533" w:themeColor="accent3"/>
          <w:bottom w:val="single" w:sz="8" w:space="0" w:color="9EC533" w:themeColor="accent3"/>
          <w:right w:val="single" w:sz="8" w:space="0" w:color="9EC533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D5E882" w:themeColor="accent4"/>
        <w:left w:val="single" w:sz="8" w:space="0" w:color="D5E882" w:themeColor="accent4"/>
        <w:bottom w:val="single" w:sz="8" w:space="0" w:color="D5E882" w:themeColor="accent4"/>
        <w:right w:val="single" w:sz="8" w:space="0" w:color="D5E88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5E88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5E882" w:themeColor="accent4"/>
          <w:left w:val="single" w:sz="8" w:space="0" w:color="D5E882" w:themeColor="accent4"/>
          <w:bottom w:val="single" w:sz="8" w:space="0" w:color="D5E882" w:themeColor="accent4"/>
          <w:right w:val="single" w:sz="8" w:space="0" w:color="D5E88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5E882" w:themeColor="accent4"/>
          <w:left w:val="single" w:sz="8" w:space="0" w:color="D5E882" w:themeColor="accent4"/>
          <w:bottom w:val="single" w:sz="8" w:space="0" w:color="D5E882" w:themeColor="accent4"/>
          <w:right w:val="single" w:sz="8" w:space="0" w:color="D5E882" w:themeColor="accent4"/>
        </w:tcBorders>
      </w:tcPr>
    </w:tblStylePr>
    <w:tblStylePr w:type="band1Horz">
      <w:tblPr/>
      <w:tcPr>
        <w:tcBorders>
          <w:top w:val="single" w:sz="8" w:space="0" w:color="D5E882" w:themeColor="accent4"/>
          <w:left w:val="single" w:sz="8" w:space="0" w:color="D5E882" w:themeColor="accent4"/>
          <w:bottom w:val="single" w:sz="8" w:space="0" w:color="D5E882" w:themeColor="accent4"/>
          <w:right w:val="single" w:sz="8" w:space="0" w:color="D5E88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44444" w:themeColor="accent5"/>
        <w:left w:val="single" w:sz="8" w:space="0" w:color="444444" w:themeColor="accent5"/>
        <w:bottom w:val="single" w:sz="8" w:space="0" w:color="444444" w:themeColor="accent5"/>
        <w:right w:val="single" w:sz="8" w:space="0" w:color="44444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444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4444" w:themeColor="accent5"/>
          <w:left w:val="single" w:sz="8" w:space="0" w:color="444444" w:themeColor="accent5"/>
          <w:bottom w:val="single" w:sz="8" w:space="0" w:color="444444" w:themeColor="accent5"/>
          <w:right w:val="single" w:sz="8" w:space="0" w:color="4444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4444" w:themeColor="accent5"/>
          <w:left w:val="single" w:sz="8" w:space="0" w:color="444444" w:themeColor="accent5"/>
          <w:bottom w:val="single" w:sz="8" w:space="0" w:color="444444" w:themeColor="accent5"/>
          <w:right w:val="single" w:sz="8" w:space="0" w:color="444444" w:themeColor="accent5"/>
        </w:tcBorders>
      </w:tcPr>
    </w:tblStylePr>
    <w:tblStylePr w:type="band1Horz">
      <w:tblPr/>
      <w:tcPr>
        <w:tcBorders>
          <w:top w:val="single" w:sz="8" w:space="0" w:color="444444" w:themeColor="accent5"/>
          <w:left w:val="single" w:sz="8" w:space="0" w:color="444444" w:themeColor="accent5"/>
          <w:bottom w:val="single" w:sz="8" w:space="0" w:color="444444" w:themeColor="accent5"/>
          <w:right w:val="single" w:sz="8" w:space="0" w:color="444444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44444" w:themeColor="text1"/>
        <w:left w:val="single" w:sz="8" w:space="0" w:color="444444" w:themeColor="text1"/>
        <w:bottom w:val="single" w:sz="8" w:space="0" w:color="444444" w:themeColor="text1"/>
        <w:right w:val="single" w:sz="8" w:space="0" w:color="444444" w:themeColor="text1"/>
        <w:insideH w:val="single" w:sz="8" w:space="0" w:color="444444" w:themeColor="text1"/>
        <w:insideV w:val="single" w:sz="8" w:space="0" w:color="444444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4444" w:themeColor="text1"/>
          <w:left w:val="single" w:sz="8" w:space="0" w:color="444444" w:themeColor="text1"/>
          <w:bottom w:val="single" w:sz="18" w:space="0" w:color="444444" w:themeColor="text1"/>
          <w:right w:val="single" w:sz="8" w:space="0" w:color="444444" w:themeColor="text1"/>
          <w:insideH w:val="nil"/>
          <w:insideV w:val="single" w:sz="8" w:space="0" w:color="444444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4444" w:themeColor="text1"/>
          <w:left w:val="single" w:sz="8" w:space="0" w:color="444444" w:themeColor="text1"/>
          <w:bottom w:val="single" w:sz="8" w:space="0" w:color="444444" w:themeColor="text1"/>
          <w:right w:val="single" w:sz="8" w:space="0" w:color="444444" w:themeColor="text1"/>
          <w:insideH w:val="nil"/>
          <w:insideV w:val="single" w:sz="8" w:space="0" w:color="444444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4444" w:themeColor="text1"/>
          <w:left w:val="single" w:sz="8" w:space="0" w:color="444444" w:themeColor="text1"/>
          <w:bottom w:val="single" w:sz="8" w:space="0" w:color="444444" w:themeColor="text1"/>
          <w:right w:val="single" w:sz="8" w:space="0" w:color="444444" w:themeColor="text1"/>
        </w:tcBorders>
      </w:tcPr>
    </w:tblStylePr>
    <w:tblStylePr w:type="band1Vert">
      <w:tblPr/>
      <w:tcPr>
        <w:tcBorders>
          <w:top w:val="single" w:sz="8" w:space="0" w:color="444444" w:themeColor="text1"/>
          <w:left w:val="single" w:sz="8" w:space="0" w:color="444444" w:themeColor="text1"/>
          <w:bottom w:val="single" w:sz="8" w:space="0" w:color="444444" w:themeColor="text1"/>
          <w:right w:val="single" w:sz="8" w:space="0" w:color="444444" w:themeColor="text1"/>
        </w:tcBorders>
        <w:shd w:val="clear" w:color="auto" w:fill="D0D0D0" w:themeFill="text1" w:themeFillTint="3F"/>
      </w:tcPr>
    </w:tblStylePr>
    <w:tblStylePr w:type="band1Horz">
      <w:tblPr/>
      <w:tcPr>
        <w:tcBorders>
          <w:top w:val="single" w:sz="8" w:space="0" w:color="444444" w:themeColor="text1"/>
          <w:left w:val="single" w:sz="8" w:space="0" w:color="444444" w:themeColor="text1"/>
          <w:bottom w:val="single" w:sz="8" w:space="0" w:color="444444" w:themeColor="text1"/>
          <w:right w:val="single" w:sz="8" w:space="0" w:color="444444" w:themeColor="text1"/>
          <w:insideV w:val="single" w:sz="8" w:space="0" w:color="444444" w:themeColor="text1"/>
        </w:tcBorders>
        <w:shd w:val="clear" w:color="auto" w:fill="D0D0D0" w:themeFill="text1" w:themeFillTint="3F"/>
      </w:tcPr>
    </w:tblStylePr>
    <w:tblStylePr w:type="band2Horz">
      <w:tblPr/>
      <w:tcPr>
        <w:tcBorders>
          <w:top w:val="single" w:sz="8" w:space="0" w:color="444444" w:themeColor="text1"/>
          <w:left w:val="single" w:sz="8" w:space="0" w:color="444444" w:themeColor="text1"/>
          <w:bottom w:val="single" w:sz="8" w:space="0" w:color="444444" w:themeColor="text1"/>
          <w:right w:val="single" w:sz="8" w:space="0" w:color="444444" w:themeColor="text1"/>
          <w:insideV w:val="single" w:sz="8" w:space="0" w:color="444444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98610" w:themeColor="accent1"/>
        <w:left w:val="single" w:sz="8" w:space="0" w:color="E98610" w:themeColor="accent1"/>
        <w:bottom w:val="single" w:sz="8" w:space="0" w:color="E98610" w:themeColor="accent1"/>
        <w:right w:val="single" w:sz="8" w:space="0" w:color="E98610" w:themeColor="accent1"/>
        <w:insideH w:val="single" w:sz="8" w:space="0" w:color="E98610" w:themeColor="accent1"/>
        <w:insideV w:val="single" w:sz="8" w:space="0" w:color="E9861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8610" w:themeColor="accent1"/>
          <w:left w:val="single" w:sz="8" w:space="0" w:color="E98610" w:themeColor="accent1"/>
          <w:bottom w:val="single" w:sz="18" w:space="0" w:color="E98610" w:themeColor="accent1"/>
          <w:right w:val="single" w:sz="8" w:space="0" w:color="E98610" w:themeColor="accent1"/>
          <w:insideH w:val="nil"/>
          <w:insideV w:val="single" w:sz="8" w:space="0" w:color="E9861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8610" w:themeColor="accent1"/>
          <w:left w:val="single" w:sz="8" w:space="0" w:color="E98610" w:themeColor="accent1"/>
          <w:bottom w:val="single" w:sz="8" w:space="0" w:color="E98610" w:themeColor="accent1"/>
          <w:right w:val="single" w:sz="8" w:space="0" w:color="E98610" w:themeColor="accent1"/>
          <w:insideH w:val="nil"/>
          <w:insideV w:val="single" w:sz="8" w:space="0" w:color="E9861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8610" w:themeColor="accent1"/>
          <w:left w:val="single" w:sz="8" w:space="0" w:color="E98610" w:themeColor="accent1"/>
          <w:bottom w:val="single" w:sz="8" w:space="0" w:color="E98610" w:themeColor="accent1"/>
          <w:right w:val="single" w:sz="8" w:space="0" w:color="E98610" w:themeColor="accent1"/>
        </w:tcBorders>
      </w:tcPr>
    </w:tblStylePr>
    <w:tblStylePr w:type="band1Vert">
      <w:tblPr/>
      <w:tcPr>
        <w:tcBorders>
          <w:top w:val="single" w:sz="8" w:space="0" w:color="E98610" w:themeColor="accent1"/>
          <w:left w:val="single" w:sz="8" w:space="0" w:color="E98610" w:themeColor="accent1"/>
          <w:bottom w:val="single" w:sz="8" w:space="0" w:color="E98610" w:themeColor="accent1"/>
          <w:right w:val="single" w:sz="8" w:space="0" w:color="E98610" w:themeColor="accent1"/>
        </w:tcBorders>
        <w:shd w:val="clear" w:color="auto" w:fill="FBE1C2" w:themeFill="accent1" w:themeFillTint="3F"/>
      </w:tcPr>
    </w:tblStylePr>
    <w:tblStylePr w:type="band1Horz">
      <w:tblPr/>
      <w:tcPr>
        <w:tcBorders>
          <w:top w:val="single" w:sz="8" w:space="0" w:color="E98610" w:themeColor="accent1"/>
          <w:left w:val="single" w:sz="8" w:space="0" w:color="E98610" w:themeColor="accent1"/>
          <w:bottom w:val="single" w:sz="8" w:space="0" w:color="E98610" w:themeColor="accent1"/>
          <w:right w:val="single" w:sz="8" w:space="0" w:color="E98610" w:themeColor="accent1"/>
          <w:insideV w:val="single" w:sz="8" w:space="0" w:color="E98610" w:themeColor="accent1"/>
        </w:tcBorders>
        <w:shd w:val="clear" w:color="auto" w:fill="FBE1C2" w:themeFill="accent1" w:themeFillTint="3F"/>
      </w:tcPr>
    </w:tblStylePr>
    <w:tblStylePr w:type="band2Horz">
      <w:tblPr/>
      <w:tcPr>
        <w:tcBorders>
          <w:top w:val="single" w:sz="8" w:space="0" w:color="E98610" w:themeColor="accent1"/>
          <w:left w:val="single" w:sz="8" w:space="0" w:color="E98610" w:themeColor="accent1"/>
          <w:bottom w:val="single" w:sz="8" w:space="0" w:color="E98610" w:themeColor="accent1"/>
          <w:right w:val="single" w:sz="8" w:space="0" w:color="E98610" w:themeColor="accent1"/>
          <w:insideV w:val="single" w:sz="8" w:space="0" w:color="E9861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638A09" w:themeColor="accent2"/>
        <w:left w:val="single" w:sz="8" w:space="0" w:color="638A09" w:themeColor="accent2"/>
        <w:bottom w:val="single" w:sz="8" w:space="0" w:color="638A09" w:themeColor="accent2"/>
        <w:right w:val="single" w:sz="8" w:space="0" w:color="638A09" w:themeColor="accent2"/>
        <w:insideH w:val="single" w:sz="8" w:space="0" w:color="638A09" w:themeColor="accent2"/>
        <w:insideV w:val="single" w:sz="8" w:space="0" w:color="638A0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8A09" w:themeColor="accent2"/>
          <w:left w:val="single" w:sz="8" w:space="0" w:color="638A09" w:themeColor="accent2"/>
          <w:bottom w:val="single" w:sz="18" w:space="0" w:color="638A09" w:themeColor="accent2"/>
          <w:right w:val="single" w:sz="8" w:space="0" w:color="638A09" w:themeColor="accent2"/>
          <w:insideH w:val="nil"/>
          <w:insideV w:val="single" w:sz="8" w:space="0" w:color="638A0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38A09" w:themeColor="accent2"/>
          <w:left w:val="single" w:sz="8" w:space="0" w:color="638A09" w:themeColor="accent2"/>
          <w:bottom w:val="single" w:sz="8" w:space="0" w:color="638A09" w:themeColor="accent2"/>
          <w:right w:val="single" w:sz="8" w:space="0" w:color="638A09" w:themeColor="accent2"/>
          <w:insideH w:val="nil"/>
          <w:insideV w:val="single" w:sz="8" w:space="0" w:color="638A0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8A09" w:themeColor="accent2"/>
          <w:left w:val="single" w:sz="8" w:space="0" w:color="638A09" w:themeColor="accent2"/>
          <w:bottom w:val="single" w:sz="8" w:space="0" w:color="638A09" w:themeColor="accent2"/>
          <w:right w:val="single" w:sz="8" w:space="0" w:color="638A09" w:themeColor="accent2"/>
        </w:tcBorders>
      </w:tcPr>
    </w:tblStylePr>
    <w:tblStylePr w:type="band1Vert">
      <w:tblPr/>
      <w:tcPr>
        <w:tcBorders>
          <w:top w:val="single" w:sz="8" w:space="0" w:color="638A09" w:themeColor="accent2"/>
          <w:left w:val="single" w:sz="8" w:space="0" w:color="638A09" w:themeColor="accent2"/>
          <w:bottom w:val="single" w:sz="8" w:space="0" w:color="638A09" w:themeColor="accent2"/>
          <w:right w:val="single" w:sz="8" w:space="0" w:color="638A09" w:themeColor="accent2"/>
        </w:tcBorders>
        <w:shd w:val="clear" w:color="auto" w:fill="E1F9AA" w:themeFill="accent2" w:themeFillTint="3F"/>
      </w:tcPr>
    </w:tblStylePr>
    <w:tblStylePr w:type="band1Horz">
      <w:tblPr/>
      <w:tcPr>
        <w:tcBorders>
          <w:top w:val="single" w:sz="8" w:space="0" w:color="638A09" w:themeColor="accent2"/>
          <w:left w:val="single" w:sz="8" w:space="0" w:color="638A09" w:themeColor="accent2"/>
          <w:bottom w:val="single" w:sz="8" w:space="0" w:color="638A09" w:themeColor="accent2"/>
          <w:right w:val="single" w:sz="8" w:space="0" w:color="638A09" w:themeColor="accent2"/>
          <w:insideV w:val="single" w:sz="8" w:space="0" w:color="638A09" w:themeColor="accent2"/>
        </w:tcBorders>
        <w:shd w:val="clear" w:color="auto" w:fill="E1F9AA" w:themeFill="accent2" w:themeFillTint="3F"/>
      </w:tcPr>
    </w:tblStylePr>
    <w:tblStylePr w:type="band2Horz">
      <w:tblPr/>
      <w:tcPr>
        <w:tcBorders>
          <w:top w:val="single" w:sz="8" w:space="0" w:color="638A09" w:themeColor="accent2"/>
          <w:left w:val="single" w:sz="8" w:space="0" w:color="638A09" w:themeColor="accent2"/>
          <w:bottom w:val="single" w:sz="8" w:space="0" w:color="638A09" w:themeColor="accent2"/>
          <w:right w:val="single" w:sz="8" w:space="0" w:color="638A09" w:themeColor="accent2"/>
          <w:insideV w:val="single" w:sz="8" w:space="0" w:color="638A09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EC533" w:themeColor="accent3"/>
        <w:left w:val="single" w:sz="8" w:space="0" w:color="9EC533" w:themeColor="accent3"/>
        <w:bottom w:val="single" w:sz="8" w:space="0" w:color="9EC533" w:themeColor="accent3"/>
        <w:right w:val="single" w:sz="8" w:space="0" w:color="9EC533" w:themeColor="accent3"/>
        <w:insideH w:val="single" w:sz="8" w:space="0" w:color="9EC533" w:themeColor="accent3"/>
        <w:insideV w:val="single" w:sz="8" w:space="0" w:color="9EC533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C533" w:themeColor="accent3"/>
          <w:left w:val="single" w:sz="8" w:space="0" w:color="9EC533" w:themeColor="accent3"/>
          <w:bottom w:val="single" w:sz="18" w:space="0" w:color="9EC533" w:themeColor="accent3"/>
          <w:right w:val="single" w:sz="8" w:space="0" w:color="9EC533" w:themeColor="accent3"/>
          <w:insideH w:val="nil"/>
          <w:insideV w:val="single" w:sz="8" w:space="0" w:color="9EC533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EC533" w:themeColor="accent3"/>
          <w:left w:val="single" w:sz="8" w:space="0" w:color="9EC533" w:themeColor="accent3"/>
          <w:bottom w:val="single" w:sz="8" w:space="0" w:color="9EC533" w:themeColor="accent3"/>
          <w:right w:val="single" w:sz="8" w:space="0" w:color="9EC533" w:themeColor="accent3"/>
          <w:insideH w:val="nil"/>
          <w:insideV w:val="single" w:sz="8" w:space="0" w:color="9EC533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C533" w:themeColor="accent3"/>
          <w:left w:val="single" w:sz="8" w:space="0" w:color="9EC533" w:themeColor="accent3"/>
          <w:bottom w:val="single" w:sz="8" w:space="0" w:color="9EC533" w:themeColor="accent3"/>
          <w:right w:val="single" w:sz="8" w:space="0" w:color="9EC533" w:themeColor="accent3"/>
        </w:tcBorders>
      </w:tcPr>
    </w:tblStylePr>
    <w:tblStylePr w:type="band1Vert">
      <w:tblPr/>
      <w:tcPr>
        <w:tcBorders>
          <w:top w:val="single" w:sz="8" w:space="0" w:color="9EC533" w:themeColor="accent3"/>
          <w:left w:val="single" w:sz="8" w:space="0" w:color="9EC533" w:themeColor="accent3"/>
          <w:bottom w:val="single" w:sz="8" w:space="0" w:color="9EC533" w:themeColor="accent3"/>
          <w:right w:val="single" w:sz="8" w:space="0" w:color="9EC533" w:themeColor="accent3"/>
        </w:tcBorders>
        <w:shd w:val="clear" w:color="auto" w:fill="E7F1CB" w:themeFill="accent3" w:themeFillTint="3F"/>
      </w:tcPr>
    </w:tblStylePr>
    <w:tblStylePr w:type="band1Horz">
      <w:tblPr/>
      <w:tcPr>
        <w:tcBorders>
          <w:top w:val="single" w:sz="8" w:space="0" w:color="9EC533" w:themeColor="accent3"/>
          <w:left w:val="single" w:sz="8" w:space="0" w:color="9EC533" w:themeColor="accent3"/>
          <w:bottom w:val="single" w:sz="8" w:space="0" w:color="9EC533" w:themeColor="accent3"/>
          <w:right w:val="single" w:sz="8" w:space="0" w:color="9EC533" w:themeColor="accent3"/>
          <w:insideV w:val="single" w:sz="8" w:space="0" w:color="9EC533" w:themeColor="accent3"/>
        </w:tcBorders>
        <w:shd w:val="clear" w:color="auto" w:fill="E7F1CB" w:themeFill="accent3" w:themeFillTint="3F"/>
      </w:tcPr>
    </w:tblStylePr>
    <w:tblStylePr w:type="band2Horz">
      <w:tblPr/>
      <w:tcPr>
        <w:tcBorders>
          <w:top w:val="single" w:sz="8" w:space="0" w:color="9EC533" w:themeColor="accent3"/>
          <w:left w:val="single" w:sz="8" w:space="0" w:color="9EC533" w:themeColor="accent3"/>
          <w:bottom w:val="single" w:sz="8" w:space="0" w:color="9EC533" w:themeColor="accent3"/>
          <w:right w:val="single" w:sz="8" w:space="0" w:color="9EC533" w:themeColor="accent3"/>
          <w:insideV w:val="single" w:sz="8" w:space="0" w:color="9EC533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D5E882" w:themeColor="accent4"/>
        <w:left w:val="single" w:sz="8" w:space="0" w:color="D5E882" w:themeColor="accent4"/>
        <w:bottom w:val="single" w:sz="8" w:space="0" w:color="D5E882" w:themeColor="accent4"/>
        <w:right w:val="single" w:sz="8" w:space="0" w:color="D5E882" w:themeColor="accent4"/>
        <w:insideH w:val="single" w:sz="8" w:space="0" w:color="D5E882" w:themeColor="accent4"/>
        <w:insideV w:val="single" w:sz="8" w:space="0" w:color="D5E88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5E882" w:themeColor="accent4"/>
          <w:left w:val="single" w:sz="8" w:space="0" w:color="D5E882" w:themeColor="accent4"/>
          <w:bottom w:val="single" w:sz="18" w:space="0" w:color="D5E882" w:themeColor="accent4"/>
          <w:right w:val="single" w:sz="8" w:space="0" w:color="D5E882" w:themeColor="accent4"/>
          <w:insideH w:val="nil"/>
          <w:insideV w:val="single" w:sz="8" w:space="0" w:color="D5E88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5E882" w:themeColor="accent4"/>
          <w:left w:val="single" w:sz="8" w:space="0" w:color="D5E882" w:themeColor="accent4"/>
          <w:bottom w:val="single" w:sz="8" w:space="0" w:color="D5E882" w:themeColor="accent4"/>
          <w:right w:val="single" w:sz="8" w:space="0" w:color="D5E882" w:themeColor="accent4"/>
          <w:insideH w:val="nil"/>
          <w:insideV w:val="single" w:sz="8" w:space="0" w:color="D5E88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5E882" w:themeColor="accent4"/>
          <w:left w:val="single" w:sz="8" w:space="0" w:color="D5E882" w:themeColor="accent4"/>
          <w:bottom w:val="single" w:sz="8" w:space="0" w:color="D5E882" w:themeColor="accent4"/>
          <w:right w:val="single" w:sz="8" w:space="0" w:color="D5E882" w:themeColor="accent4"/>
        </w:tcBorders>
      </w:tcPr>
    </w:tblStylePr>
    <w:tblStylePr w:type="band1Vert">
      <w:tblPr/>
      <w:tcPr>
        <w:tcBorders>
          <w:top w:val="single" w:sz="8" w:space="0" w:color="D5E882" w:themeColor="accent4"/>
          <w:left w:val="single" w:sz="8" w:space="0" w:color="D5E882" w:themeColor="accent4"/>
          <w:bottom w:val="single" w:sz="8" w:space="0" w:color="D5E882" w:themeColor="accent4"/>
          <w:right w:val="single" w:sz="8" w:space="0" w:color="D5E882" w:themeColor="accent4"/>
        </w:tcBorders>
        <w:shd w:val="clear" w:color="auto" w:fill="F4F9E0" w:themeFill="accent4" w:themeFillTint="3F"/>
      </w:tcPr>
    </w:tblStylePr>
    <w:tblStylePr w:type="band1Horz">
      <w:tblPr/>
      <w:tcPr>
        <w:tcBorders>
          <w:top w:val="single" w:sz="8" w:space="0" w:color="D5E882" w:themeColor="accent4"/>
          <w:left w:val="single" w:sz="8" w:space="0" w:color="D5E882" w:themeColor="accent4"/>
          <w:bottom w:val="single" w:sz="8" w:space="0" w:color="D5E882" w:themeColor="accent4"/>
          <w:right w:val="single" w:sz="8" w:space="0" w:color="D5E882" w:themeColor="accent4"/>
          <w:insideV w:val="single" w:sz="8" w:space="0" w:color="D5E882" w:themeColor="accent4"/>
        </w:tcBorders>
        <w:shd w:val="clear" w:color="auto" w:fill="F4F9E0" w:themeFill="accent4" w:themeFillTint="3F"/>
      </w:tcPr>
    </w:tblStylePr>
    <w:tblStylePr w:type="band2Horz">
      <w:tblPr/>
      <w:tcPr>
        <w:tcBorders>
          <w:top w:val="single" w:sz="8" w:space="0" w:color="D5E882" w:themeColor="accent4"/>
          <w:left w:val="single" w:sz="8" w:space="0" w:color="D5E882" w:themeColor="accent4"/>
          <w:bottom w:val="single" w:sz="8" w:space="0" w:color="D5E882" w:themeColor="accent4"/>
          <w:right w:val="single" w:sz="8" w:space="0" w:color="D5E882" w:themeColor="accent4"/>
          <w:insideV w:val="single" w:sz="8" w:space="0" w:color="D5E88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44444" w:themeColor="accent5"/>
        <w:left w:val="single" w:sz="8" w:space="0" w:color="444444" w:themeColor="accent5"/>
        <w:bottom w:val="single" w:sz="8" w:space="0" w:color="444444" w:themeColor="accent5"/>
        <w:right w:val="single" w:sz="8" w:space="0" w:color="444444" w:themeColor="accent5"/>
        <w:insideH w:val="single" w:sz="8" w:space="0" w:color="444444" w:themeColor="accent5"/>
        <w:insideV w:val="single" w:sz="8" w:space="0" w:color="44444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4444" w:themeColor="accent5"/>
          <w:left w:val="single" w:sz="8" w:space="0" w:color="444444" w:themeColor="accent5"/>
          <w:bottom w:val="single" w:sz="18" w:space="0" w:color="444444" w:themeColor="accent5"/>
          <w:right w:val="single" w:sz="8" w:space="0" w:color="444444" w:themeColor="accent5"/>
          <w:insideH w:val="nil"/>
          <w:insideV w:val="single" w:sz="8" w:space="0" w:color="44444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4444" w:themeColor="accent5"/>
          <w:left w:val="single" w:sz="8" w:space="0" w:color="444444" w:themeColor="accent5"/>
          <w:bottom w:val="single" w:sz="8" w:space="0" w:color="444444" w:themeColor="accent5"/>
          <w:right w:val="single" w:sz="8" w:space="0" w:color="444444" w:themeColor="accent5"/>
          <w:insideH w:val="nil"/>
          <w:insideV w:val="single" w:sz="8" w:space="0" w:color="44444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4444" w:themeColor="accent5"/>
          <w:left w:val="single" w:sz="8" w:space="0" w:color="444444" w:themeColor="accent5"/>
          <w:bottom w:val="single" w:sz="8" w:space="0" w:color="444444" w:themeColor="accent5"/>
          <w:right w:val="single" w:sz="8" w:space="0" w:color="444444" w:themeColor="accent5"/>
        </w:tcBorders>
      </w:tcPr>
    </w:tblStylePr>
    <w:tblStylePr w:type="band1Vert">
      <w:tblPr/>
      <w:tcPr>
        <w:tcBorders>
          <w:top w:val="single" w:sz="8" w:space="0" w:color="444444" w:themeColor="accent5"/>
          <w:left w:val="single" w:sz="8" w:space="0" w:color="444444" w:themeColor="accent5"/>
          <w:bottom w:val="single" w:sz="8" w:space="0" w:color="444444" w:themeColor="accent5"/>
          <w:right w:val="single" w:sz="8" w:space="0" w:color="444444" w:themeColor="accent5"/>
        </w:tcBorders>
        <w:shd w:val="clear" w:color="auto" w:fill="D0D0D0" w:themeFill="accent5" w:themeFillTint="3F"/>
      </w:tcPr>
    </w:tblStylePr>
    <w:tblStylePr w:type="band1Horz">
      <w:tblPr/>
      <w:tcPr>
        <w:tcBorders>
          <w:top w:val="single" w:sz="8" w:space="0" w:color="444444" w:themeColor="accent5"/>
          <w:left w:val="single" w:sz="8" w:space="0" w:color="444444" w:themeColor="accent5"/>
          <w:bottom w:val="single" w:sz="8" w:space="0" w:color="444444" w:themeColor="accent5"/>
          <w:right w:val="single" w:sz="8" w:space="0" w:color="444444" w:themeColor="accent5"/>
          <w:insideV w:val="single" w:sz="8" w:space="0" w:color="444444" w:themeColor="accent5"/>
        </w:tcBorders>
        <w:shd w:val="clear" w:color="auto" w:fill="D0D0D0" w:themeFill="accent5" w:themeFillTint="3F"/>
      </w:tcPr>
    </w:tblStylePr>
    <w:tblStylePr w:type="band2Horz">
      <w:tblPr/>
      <w:tcPr>
        <w:tcBorders>
          <w:top w:val="single" w:sz="8" w:space="0" w:color="444444" w:themeColor="accent5"/>
          <w:left w:val="single" w:sz="8" w:space="0" w:color="444444" w:themeColor="accent5"/>
          <w:bottom w:val="single" w:sz="8" w:space="0" w:color="444444" w:themeColor="accent5"/>
          <w:right w:val="single" w:sz="8" w:space="0" w:color="444444" w:themeColor="accent5"/>
          <w:insideV w:val="single" w:sz="8" w:space="0" w:color="444444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27272" w:themeColor="text1" w:themeTint="BF"/>
        <w:left w:val="single" w:sz="8" w:space="0" w:color="727272" w:themeColor="text1" w:themeTint="BF"/>
        <w:bottom w:val="single" w:sz="8" w:space="0" w:color="727272" w:themeColor="text1" w:themeTint="BF"/>
        <w:right w:val="single" w:sz="8" w:space="0" w:color="727272" w:themeColor="text1" w:themeTint="BF"/>
        <w:insideH w:val="single" w:sz="8" w:space="0" w:color="727272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7272" w:themeColor="text1" w:themeTint="BF"/>
          <w:left w:val="single" w:sz="8" w:space="0" w:color="727272" w:themeColor="text1" w:themeTint="BF"/>
          <w:bottom w:val="single" w:sz="8" w:space="0" w:color="727272" w:themeColor="text1" w:themeTint="BF"/>
          <w:right w:val="single" w:sz="8" w:space="0" w:color="727272" w:themeColor="text1" w:themeTint="BF"/>
          <w:insideH w:val="nil"/>
          <w:insideV w:val="nil"/>
        </w:tcBorders>
        <w:shd w:val="clear" w:color="auto" w:fill="444444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7272" w:themeColor="text1" w:themeTint="BF"/>
          <w:left w:val="single" w:sz="8" w:space="0" w:color="727272" w:themeColor="text1" w:themeTint="BF"/>
          <w:bottom w:val="single" w:sz="8" w:space="0" w:color="727272" w:themeColor="text1" w:themeTint="BF"/>
          <w:right w:val="single" w:sz="8" w:space="0" w:color="727272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0D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2A447" w:themeColor="accent1" w:themeTint="BF"/>
        <w:left w:val="single" w:sz="8" w:space="0" w:color="F2A447" w:themeColor="accent1" w:themeTint="BF"/>
        <w:bottom w:val="single" w:sz="8" w:space="0" w:color="F2A447" w:themeColor="accent1" w:themeTint="BF"/>
        <w:right w:val="single" w:sz="8" w:space="0" w:color="F2A447" w:themeColor="accent1" w:themeTint="BF"/>
        <w:insideH w:val="single" w:sz="8" w:space="0" w:color="F2A44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A447" w:themeColor="accent1" w:themeTint="BF"/>
          <w:left w:val="single" w:sz="8" w:space="0" w:color="F2A447" w:themeColor="accent1" w:themeTint="BF"/>
          <w:bottom w:val="single" w:sz="8" w:space="0" w:color="F2A447" w:themeColor="accent1" w:themeTint="BF"/>
          <w:right w:val="single" w:sz="8" w:space="0" w:color="F2A447" w:themeColor="accent1" w:themeTint="BF"/>
          <w:insideH w:val="nil"/>
          <w:insideV w:val="nil"/>
        </w:tcBorders>
        <w:shd w:val="clear" w:color="auto" w:fill="E9861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A447" w:themeColor="accent1" w:themeTint="BF"/>
          <w:left w:val="single" w:sz="8" w:space="0" w:color="F2A447" w:themeColor="accent1" w:themeTint="BF"/>
          <w:bottom w:val="single" w:sz="8" w:space="0" w:color="F2A447" w:themeColor="accent1" w:themeTint="BF"/>
          <w:right w:val="single" w:sz="8" w:space="0" w:color="F2A44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1C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E1C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DF0E" w:themeColor="accent2" w:themeTint="BF"/>
        <w:left w:val="single" w:sz="8" w:space="0" w:color="9FDF0E" w:themeColor="accent2" w:themeTint="BF"/>
        <w:bottom w:val="single" w:sz="8" w:space="0" w:color="9FDF0E" w:themeColor="accent2" w:themeTint="BF"/>
        <w:right w:val="single" w:sz="8" w:space="0" w:color="9FDF0E" w:themeColor="accent2" w:themeTint="BF"/>
        <w:insideH w:val="single" w:sz="8" w:space="0" w:color="9FDF0E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DF0E" w:themeColor="accent2" w:themeTint="BF"/>
          <w:left w:val="single" w:sz="8" w:space="0" w:color="9FDF0E" w:themeColor="accent2" w:themeTint="BF"/>
          <w:bottom w:val="single" w:sz="8" w:space="0" w:color="9FDF0E" w:themeColor="accent2" w:themeTint="BF"/>
          <w:right w:val="single" w:sz="8" w:space="0" w:color="9FDF0E" w:themeColor="accent2" w:themeTint="BF"/>
          <w:insideH w:val="nil"/>
          <w:insideV w:val="nil"/>
        </w:tcBorders>
        <w:shd w:val="clear" w:color="auto" w:fill="638A0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DF0E" w:themeColor="accent2" w:themeTint="BF"/>
          <w:left w:val="single" w:sz="8" w:space="0" w:color="9FDF0E" w:themeColor="accent2" w:themeTint="BF"/>
          <w:bottom w:val="single" w:sz="8" w:space="0" w:color="9FDF0E" w:themeColor="accent2" w:themeTint="BF"/>
          <w:right w:val="single" w:sz="8" w:space="0" w:color="9FDF0E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9AA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F9AA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7D663" w:themeColor="accent3" w:themeTint="BF"/>
        <w:left w:val="single" w:sz="8" w:space="0" w:color="B7D663" w:themeColor="accent3" w:themeTint="BF"/>
        <w:bottom w:val="single" w:sz="8" w:space="0" w:color="B7D663" w:themeColor="accent3" w:themeTint="BF"/>
        <w:right w:val="single" w:sz="8" w:space="0" w:color="B7D663" w:themeColor="accent3" w:themeTint="BF"/>
        <w:insideH w:val="single" w:sz="8" w:space="0" w:color="B7D663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7D663" w:themeColor="accent3" w:themeTint="BF"/>
          <w:left w:val="single" w:sz="8" w:space="0" w:color="B7D663" w:themeColor="accent3" w:themeTint="BF"/>
          <w:bottom w:val="single" w:sz="8" w:space="0" w:color="B7D663" w:themeColor="accent3" w:themeTint="BF"/>
          <w:right w:val="single" w:sz="8" w:space="0" w:color="B7D663" w:themeColor="accent3" w:themeTint="BF"/>
          <w:insideH w:val="nil"/>
          <w:insideV w:val="nil"/>
        </w:tcBorders>
        <w:shd w:val="clear" w:color="auto" w:fill="9EC53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7D663" w:themeColor="accent3" w:themeTint="BF"/>
          <w:left w:val="single" w:sz="8" w:space="0" w:color="B7D663" w:themeColor="accent3" w:themeTint="BF"/>
          <w:bottom w:val="single" w:sz="8" w:space="0" w:color="B7D663" w:themeColor="accent3" w:themeTint="BF"/>
          <w:right w:val="single" w:sz="8" w:space="0" w:color="B7D663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F1CB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F1CB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DFEDA1" w:themeColor="accent4" w:themeTint="BF"/>
        <w:left w:val="single" w:sz="8" w:space="0" w:color="DFEDA1" w:themeColor="accent4" w:themeTint="BF"/>
        <w:bottom w:val="single" w:sz="8" w:space="0" w:color="DFEDA1" w:themeColor="accent4" w:themeTint="BF"/>
        <w:right w:val="single" w:sz="8" w:space="0" w:color="DFEDA1" w:themeColor="accent4" w:themeTint="BF"/>
        <w:insideH w:val="single" w:sz="8" w:space="0" w:color="DFEDA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FEDA1" w:themeColor="accent4" w:themeTint="BF"/>
          <w:left w:val="single" w:sz="8" w:space="0" w:color="DFEDA1" w:themeColor="accent4" w:themeTint="BF"/>
          <w:bottom w:val="single" w:sz="8" w:space="0" w:color="DFEDA1" w:themeColor="accent4" w:themeTint="BF"/>
          <w:right w:val="single" w:sz="8" w:space="0" w:color="DFEDA1" w:themeColor="accent4" w:themeTint="BF"/>
          <w:insideH w:val="nil"/>
          <w:insideV w:val="nil"/>
        </w:tcBorders>
        <w:shd w:val="clear" w:color="auto" w:fill="D5E88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EDA1" w:themeColor="accent4" w:themeTint="BF"/>
          <w:left w:val="single" w:sz="8" w:space="0" w:color="DFEDA1" w:themeColor="accent4" w:themeTint="BF"/>
          <w:bottom w:val="single" w:sz="8" w:space="0" w:color="DFEDA1" w:themeColor="accent4" w:themeTint="BF"/>
          <w:right w:val="single" w:sz="8" w:space="0" w:color="DFEDA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9E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F9E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27272" w:themeColor="accent5" w:themeTint="BF"/>
        <w:left w:val="single" w:sz="8" w:space="0" w:color="727272" w:themeColor="accent5" w:themeTint="BF"/>
        <w:bottom w:val="single" w:sz="8" w:space="0" w:color="727272" w:themeColor="accent5" w:themeTint="BF"/>
        <w:right w:val="single" w:sz="8" w:space="0" w:color="727272" w:themeColor="accent5" w:themeTint="BF"/>
        <w:insideH w:val="single" w:sz="8" w:space="0" w:color="72727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7272" w:themeColor="accent5" w:themeTint="BF"/>
          <w:left w:val="single" w:sz="8" w:space="0" w:color="727272" w:themeColor="accent5" w:themeTint="BF"/>
          <w:bottom w:val="single" w:sz="8" w:space="0" w:color="727272" w:themeColor="accent5" w:themeTint="BF"/>
          <w:right w:val="single" w:sz="8" w:space="0" w:color="727272" w:themeColor="accent5" w:themeTint="BF"/>
          <w:insideH w:val="nil"/>
          <w:insideV w:val="nil"/>
        </w:tcBorders>
        <w:shd w:val="clear" w:color="auto" w:fill="44444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7272" w:themeColor="accent5" w:themeTint="BF"/>
          <w:left w:val="single" w:sz="8" w:space="0" w:color="727272" w:themeColor="accent5" w:themeTint="BF"/>
          <w:bottom w:val="single" w:sz="8" w:space="0" w:color="727272" w:themeColor="accent5" w:themeTint="BF"/>
          <w:right w:val="single" w:sz="8" w:space="0" w:color="72727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0D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4444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4444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4444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861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861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861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38A0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38A0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38A0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EC533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EC533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EC533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5E88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5E88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5E88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444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444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444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444444" w:themeColor="text1"/>
    </w:rPr>
    <w:tblPr>
      <w:tblStyleRowBandSize w:val="1"/>
      <w:tblStyleColBandSize w:val="1"/>
      <w:tblBorders>
        <w:top w:val="single" w:sz="8" w:space="0" w:color="444444" w:themeColor="text1"/>
        <w:bottom w:val="single" w:sz="8" w:space="0" w:color="444444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4444" w:themeColor="text1"/>
        </w:tcBorders>
      </w:tcPr>
    </w:tblStylePr>
    <w:tblStylePr w:type="lastRow">
      <w:rPr>
        <w:b/>
        <w:bCs/>
        <w:color w:val="93968D" w:themeColor="text2"/>
      </w:rPr>
      <w:tblPr/>
      <w:tcPr>
        <w:tcBorders>
          <w:top w:val="single" w:sz="8" w:space="0" w:color="444444" w:themeColor="text1"/>
          <w:bottom w:val="single" w:sz="8" w:space="0" w:color="444444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4444" w:themeColor="text1"/>
          <w:bottom w:val="single" w:sz="8" w:space="0" w:color="444444" w:themeColor="text1"/>
        </w:tcBorders>
      </w:tcPr>
    </w:tblStylePr>
    <w:tblStylePr w:type="band1Vert">
      <w:tblPr/>
      <w:tcPr>
        <w:shd w:val="clear" w:color="auto" w:fill="D0D0D0" w:themeFill="text1" w:themeFillTint="3F"/>
      </w:tcPr>
    </w:tblStylePr>
    <w:tblStylePr w:type="band1Horz">
      <w:tblPr/>
      <w:tcPr>
        <w:shd w:val="clear" w:color="auto" w:fill="D0D0D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444444" w:themeColor="text1"/>
    </w:rPr>
    <w:tblPr>
      <w:tblStyleRowBandSize w:val="1"/>
      <w:tblStyleColBandSize w:val="1"/>
      <w:tblBorders>
        <w:top w:val="single" w:sz="8" w:space="0" w:color="E98610" w:themeColor="accent1"/>
        <w:bottom w:val="single" w:sz="8" w:space="0" w:color="E9861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8610" w:themeColor="accent1"/>
        </w:tcBorders>
      </w:tcPr>
    </w:tblStylePr>
    <w:tblStylePr w:type="lastRow">
      <w:rPr>
        <w:b/>
        <w:bCs/>
        <w:color w:val="93968D" w:themeColor="text2"/>
      </w:rPr>
      <w:tblPr/>
      <w:tcPr>
        <w:tcBorders>
          <w:top w:val="single" w:sz="8" w:space="0" w:color="E98610" w:themeColor="accent1"/>
          <w:bottom w:val="single" w:sz="8" w:space="0" w:color="E9861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8610" w:themeColor="accent1"/>
          <w:bottom w:val="single" w:sz="8" w:space="0" w:color="E98610" w:themeColor="accent1"/>
        </w:tcBorders>
      </w:tcPr>
    </w:tblStylePr>
    <w:tblStylePr w:type="band1Vert">
      <w:tblPr/>
      <w:tcPr>
        <w:shd w:val="clear" w:color="auto" w:fill="FBE1C2" w:themeFill="accent1" w:themeFillTint="3F"/>
      </w:tcPr>
    </w:tblStylePr>
    <w:tblStylePr w:type="band1Horz">
      <w:tblPr/>
      <w:tcPr>
        <w:shd w:val="clear" w:color="auto" w:fill="FBE1C2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444444" w:themeColor="text1"/>
    </w:rPr>
    <w:tblPr>
      <w:tblStyleRowBandSize w:val="1"/>
      <w:tblStyleColBandSize w:val="1"/>
      <w:tblBorders>
        <w:top w:val="single" w:sz="8" w:space="0" w:color="638A09" w:themeColor="accent2"/>
        <w:bottom w:val="single" w:sz="8" w:space="0" w:color="638A0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38A09" w:themeColor="accent2"/>
        </w:tcBorders>
      </w:tcPr>
    </w:tblStylePr>
    <w:tblStylePr w:type="lastRow">
      <w:rPr>
        <w:b/>
        <w:bCs/>
        <w:color w:val="93968D" w:themeColor="text2"/>
      </w:rPr>
      <w:tblPr/>
      <w:tcPr>
        <w:tcBorders>
          <w:top w:val="single" w:sz="8" w:space="0" w:color="638A09" w:themeColor="accent2"/>
          <w:bottom w:val="single" w:sz="8" w:space="0" w:color="638A0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38A09" w:themeColor="accent2"/>
          <w:bottom w:val="single" w:sz="8" w:space="0" w:color="638A09" w:themeColor="accent2"/>
        </w:tcBorders>
      </w:tcPr>
    </w:tblStylePr>
    <w:tblStylePr w:type="band1Vert">
      <w:tblPr/>
      <w:tcPr>
        <w:shd w:val="clear" w:color="auto" w:fill="E1F9AA" w:themeFill="accent2" w:themeFillTint="3F"/>
      </w:tcPr>
    </w:tblStylePr>
    <w:tblStylePr w:type="band1Horz">
      <w:tblPr/>
      <w:tcPr>
        <w:shd w:val="clear" w:color="auto" w:fill="E1F9AA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444444" w:themeColor="text1"/>
    </w:rPr>
    <w:tblPr>
      <w:tblStyleRowBandSize w:val="1"/>
      <w:tblStyleColBandSize w:val="1"/>
      <w:tblBorders>
        <w:top w:val="single" w:sz="8" w:space="0" w:color="9EC533" w:themeColor="accent3"/>
        <w:bottom w:val="single" w:sz="8" w:space="0" w:color="9EC533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EC533" w:themeColor="accent3"/>
        </w:tcBorders>
      </w:tcPr>
    </w:tblStylePr>
    <w:tblStylePr w:type="lastRow">
      <w:rPr>
        <w:b/>
        <w:bCs/>
        <w:color w:val="93968D" w:themeColor="text2"/>
      </w:rPr>
      <w:tblPr/>
      <w:tcPr>
        <w:tcBorders>
          <w:top w:val="single" w:sz="8" w:space="0" w:color="9EC533" w:themeColor="accent3"/>
          <w:bottom w:val="single" w:sz="8" w:space="0" w:color="9EC53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EC533" w:themeColor="accent3"/>
          <w:bottom w:val="single" w:sz="8" w:space="0" w:color="9EC533" w:themeColor="accent3"/>
        </w:tcBorders>
      </w:tcPr>
    </w:tblStylePr>
    <w:tblStylePr w:type="band1Vert">
      <w:tblPr/>
      <w:tcPr>
        <w:shd w:val="clear" w:color="auto" w:fill="E7F1CB" w:themeFill="accent3" w:themeFillTint="3F"/>
      </w:tcPr>
    </w:tblStylePr>
    <w:tblStylePr w:type="band1Horz">
      <w:tblPr/>
      <w:tcPr>
        <w:shd w:val="clear" w:color="auto" w:fill="E7F1CB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444444" w:themeColor="text1"/>
    </w:rPr>
    <w:tblPr>
      <w:tblStyleRowBandSize w:val="1"/>
      <w:tblStyleColBandSize w:val="1"/>
      <w:tblBorders>
        <w:top w:val="single" w:sz="8" w:space="0" w:color="D5E882" w:themeColor="accent4"/>
        <w:bottom w:val="single" w:sz="8" w:space="0" w:color="D5E88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5E882" w:themeColor="accent4"/>
        </w:tcBorders>
      </w:tcPr>
    </w:tblStylePr>
    <w:tblStylePr w:type="lastRow">
      <w:rPr>
        <w:b/>
        <w:bCs/>
        <w:color w:val="93968D" w:themeColor="text2"/>
      </w:rPr>
      <w:tblPr/>
      <w:tcPr>
        <w:tcBorders>
          <w:top w:val="single" w:sz="8" w:space="0" w:color="D5E882" w:themeColor="accent4"/>
          <w:bottom w:val="single" w:sz="8" w:space="0" w:color="D5E88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5E882" w:themeColor="accent4"/>
          <w:bottom w:val="single" w:sz="8" w:space="0" w:color="D5E882" w:themeColor="accent4"/>
        </w:tcBorders>
      </w:tcPr>
    </w:tblStylePr>
    <w:tblStylePr w:type="band1Vert">
      <w:tblPr/>
      <w:tcPr>
        <w:shd w:val="clear" w:color="auto" w:fill="F4F9E0" w:themeFill="accent4" w:themeFillTint="3F"/>
      </w:tcPr>
    </w:tblStylePr>
    <w:tblStylePr w:type="band1Horz">
      <w:tblPr/>
      <w:tcPr>
        <w:shd w:val="clear" w:color="auto" w:fill="F4F9E0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444444" w:themeColor="text1"/>
    </w:rPr>
    <w:tblPr>
      <w:tblStyleRowBandSize w:val="1"/>
      <w:tblStyleColBandSize w:val="1"/>
      <w:tblBorders>
        <w:top w:val="single" w:sz="8" w:space="0" w:color="444444" w:themeColor="accent5"/>
        <w:bottom w:val="single" w:sz="8" w:space="0" w:color="44444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4444" w:themeColor="accent5"/>
        </w:tcBorders>
      </w:tcPr>
    </w:tblStylePr>
    <w:tblStylePr w:type="lastRow">
      <w:rPr>
        <w:b/>
        <w:bCs/>
        <w:color w:val="93968D" w:themeColor="text2"/>
      </w:rPr>
      <w:tblPr/>
      <w:tcPr>
        <w:tcBorders>
          <w:top w:val="single" w:sz="8" w:space="0" w:color="444444" w:themeColor="accent5"/>
          <w:bottom w:val="single" w:sz="8" w:space="0" w:color="4444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4444" w:themeColor="accent5"/>
          <w:bottom w:val="single" w:sz="8" w:space="0" w:color="444444" w:themeColor="accent5"/>
        </w:tcBorders>
      </w:tcPr>
    </w:tblStylePr>
    <w:tblStylePr w:type="band1Vert">
      <w:tblPr/>
      <w:tcPr>
        <w:shd w:val="clear" w:color="auto" w:fill="D0D0D0" w:themeFill="accent5" w:themeFillTint="3F"/>
      </w:tcPr>
    </w:tblStylePr>
    <w:tblStylePr w:type="band1Horz">
      <w:tblPr/>
      <w:tcPr>
        <w:shd w:val="clear" w:color="auto" w:fill="D0D0D0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444444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93968D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444444" w:themeColor="text1"/>
    </w:rPr>
    <w:tblPr>
      <w:tblStyleRowBandSize w:val="1"/>
      <w:tblStyleColBandSize w:val="1"/>
      <w:tblBorders>
        <w:top w:val="single" w:sz="8" w:space="0" w:color="444444" w:themeColor="text1"/>
        <w:left w:val="single" w:sz="8" w:space="0" w:color="444444" w:themeColor="text1"/>
        <w:bottom w:val="single" w:sz="8" w:space="0" w:color="444444" w:themeColor="text1"/>
        <w:right w:val="single" w:sz="8" w:space="0" w:color="444444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4444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44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4444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4444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0D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0D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444444" w:themeColor="text1"/>
    </w:rPr>
    <w:tblPr>
      <w:tblStyleRowBandSize w:val="1"/>
      <w:tblStyleColBandSize w:val="1"/>
      <w:tblBorders>
        <w:top w:val="single" w:sz="8" w:space="0" w:color="E98610" w:themeColor="accent1"/>
        <w:left w:val="single" w:sz="8" w:space="0" w:color="E98610" w:themeColor="accent1"/>
        <w:bottom w:val="single" w:sz="8" w:space="0" w:color="E98610" w:themeColor="accent1"/>
        <w:right w:val="single" w:sz="8" w:space="0" w:color="E9861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861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8610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861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861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E1C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E1C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444444" w:themeColor="text1"/>
    </w:rPr>
    <w:tblPr>
      <w:tblStyleRowBandSize w:val="1"/>
      <w:tblStyleColBandSize w:val="1"/>
      <w:tblBorders>
        <w:top w:val="single" w:sz="8" w:space="0" w:color="638A09" w:themeColor="accent2"/>
        <w:left w:val="single" w:sz="8" w:space="0" w:color="638A09" w:themeColor="accent2"/>
        <w:bottom w:val="single" w:sz="8" w:space="0" w:color="638A09" w:themeColor="accent2"/>
        <w:right w:val="single" w:sz="8" w:space="0" w:color="638A0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38A0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38A09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38A0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38A0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F9AA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F9AA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444444" w:themeColor="text1"/>
    </w:rPr>
    <w:tblPr>
      <w:tblStyleRowBandSize w:val="1"/>
      <w:tblStyleColBandSize w:val="1"/>
      <w:tblBorders>
        <w:top w:val="single" w:sz="8" w:space="0" w:color="9EC533" w:themeColor="accent3"/>
        <w:left w:val="single" w:sz="8" w:space="0" w:color="9EC533" w:themeColor="accent3"/>
        <w:bottom w:val="single" w:sz="8" w:space="0" w:color="9EC533" w:themeColor="accent3"/>
        <w:right w:val="single" w:sz="8" w:space="0" w:color="9EC533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EC53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EC533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EC533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EC533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F1CB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F1CB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444444" w:themeColor="text1"/>
    </w:rPr>
    <w:tblPr>
      <w:tblStyleRowBandSize w:val="1"/>
      <w:tblStyleColBandSize w:val="1"/>
      <w:tblBorders>
        <w:top w:val="single" w:sz="8" w:space="0" w:color="D5E882" w:themeColor="accent4"/>
        <w:left w:val="single" w:sz="8" w:space="0" w:color="D5E882" w:themeColor="accent4"/>
        <w:bottom w:val="single" w:sz="8" w:space="0" w:color="D5E882" w:themeColor="accent4"/>
        <w:right w:val="single" w:sz="8" w:space="0" w:color="D5E88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5E88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5E88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5E88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5E88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F9E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F9E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444444" w:themeColor="text1"/>
    </w:rPr>
    <w:tblPr>
      <w:tblStyleRowBandSize w:val="1"/>
      <w:tblStyleColBandSize w:val="1"/>
      <w:tblBorders>
        <w:top w:val="single" w:sz="8" w:space="0" w:color="444444" w:themeColor="accent5"/>
        <w:left w:val="single" w:sz="8" w:space="0" w:color="444444" w:themeColor="accent5"/>
        <w:bottom w:val="single" w:sz="8" w:space="0" w:color="444444" w:themeColor="accent5"/>
        <w:right w:val="single" w:sz="8" w:space="0" w:color="44444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444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444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444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444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0D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0D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444444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27272" w:themeColor="text1" w:themeTint="BF"/>
        <w:left w:val="single" w:sz="8" w:space="0" w:color="727272" w:themeColor="text1" w:themeTint="BF"/>
        <w:bottom w:val="single" w:sz="8" w:space="0" w:color="727272" w:themeColor="text1" w:themeTint="BF"/>
        <w:right w:val="single" w:sz="8" w:space="0" w:color="727272" w:themeColor="text1" w:themeTint="BF"/>
        <w:insideH w:val="single" w:sz="8" w:space="0" w:color="727272" w:themeColor="text1" w:themeTint="BF"/>
        <w:insideV w:val="single" w:sz="8" w:space="0" w:color="727272" w:themeColor="text1" w:themeTint="BF"/>
      </w:tblBorders>
    </w:tblPr>
    <w:tcPr>
      <w:shd w:val="clear" w:color="auto" w:fill="D0D0D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7272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A1A1" w:themeFill="text1" w:themeFillTint="7F"/>
      </w:tcPr>
    </w:tblStylePr>
    <w:tblStylePr w:type="band1Horz">
      <w:tblPr/>
      <w:tcPr>
        <w:shd w:val="clear" w:color="auto" w:fill="A1A1A1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2A447" w:themeColor="accent1" w:themeTint="BF"/>
        <w:left w:val="single" w:sz="8" w:space="0" w:color="F2A447" w:themeColor="accent1" w:themeTint="BF"/>
        <w:bottom w:val="single" w:sz="8" w:space="0" w:color="F2A447" w:themeColor="accent1" w:themeTint="BF"/>
        <w:right w:val="single" w:sz="8" w:space="0" w:color="F2A447" w:themeColor="accent1" w:themeTint="BF"/>
        <w:insideH w:val="single" w:sz="8" w:space="0" w:color="F2A447" w:themeColor="accent1" w:themeTint="BF"/>
        <w:insideV w:val="single" w:sz="8" w:space="0" w:color="F2A447" w:themeColor="accent1" w:themeTint="BF"/>
      </w:tblBorders>
    </w:tblPr>
    <w:tcPr>
      <w:shd w:val="clear" w:color="auto" w:fill="FBE1C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A44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285" w:themeFill="accent1" w:themeFillTint="7F"/>
      </w:tcPr>
    </w:tblStylePr>
    <w:tblStylePr w:type="band1Horz">
      <w:tblPr/>
      <w:tcPr>
        <w:shd w:val="clear" w:color="auto" w:fill="F6C285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DF0E" w:themeColor="accent2" w:themeTint="BF"/>
        <w:left w:val="single" w:sz="8" w:space="0" w:color="9FDF0E" w:themeColor="accent2" w:themeTint="BF"/>
        <w:bottom w:val="single" w:sz="8" w:space="0" w:color="9FDF0E" w:themeColor="accent2" w:themeTint="BF"/>
        <w:right w:val="single" w:sz="8" w:space="0" w:color="9FDF0E" w:themeColor="accent2" w:themeTint="BF"/>
        <w:insideH w:val="single" w:sz="8" w:space="0" w:color="9FDF0E" w:themeColor="accent2" w:themeTint="BF"/>
        <w:insideV w:val="single" w:sz="8" w:space="0" w:color="9FDF0E" w:themeColor="accent2" w:themeTint="BF"/>
      </w:tblBorders>
    </w:tblPr>
    <w:tcPr>
      <w:shd w:val="clear" w:color="auto" w:fill="E1F9AA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DF0E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F455" w:themeFill="accent2" w:themeFillTint="7F"/>
      </w:tcPr>
    </w:tblStylePr>
    <w:tblStylePr w:type="band1Horz">
      <w:tblPr/>
      <w:tcPr>
        <w:shd w:val="clear" w:color="auto" w:fill="C3F455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7D663" w:themeColor="accent3" w:themeTint="BF"/>
        <w:left w:val="single" w:sz="8" w:space="0" w:color="B7D663" w:themeColor="accent3" w:themeTint="BF"/>
        <w:bottom w:val="single" w:sz="8" w:space="0" w:color="B7D663" w:themeColor="accent3" w:themeTint="BF"/>
        <w:right w:val="single" w:sz="8" w:space="0" w:color="B7D663" w:themeColor="accent3" w:themeTint="BF"/>
        <w:insideH w:val="single" w:sz="8" w:space="0" w:color="B7D663" w:themeColor="accent3" w:themeTint="BF"/>
        <w:insideV w:val="single" w:sz="8" w:space="0" w:color="B7D663" w:themeColor="accent3" w:themeTint="BF"/>
      </w:tblBorders>
    </w:tblPr>
    <w:tcPr>
      <w:shd w:val="clear" w:color="auto" w:fill="E7F1CB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7D663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497" w:themeFill="accent3" w:themeFillTint="7F"/>
      </w:tcPr>
    </w:tblStylePr>
    <w:tblStylePr w:type="band1Horz">
      <w:tblPr/>
      <w:tcPr>
        <w:shd w:val="clear" w:color="auto" w:fill="CFE497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DFEDA1" w:themeColor="accent4" w:themeTint="BF"/>
        <w:left w:val="single" w:sz="8" w:space="0" w:color="DFEDA1" w:themeColor="accent4" w:themeTint="BF"/>
        <w:bottom w:val="single" w:sz="8" w:space="0" w:color="DFEDA1" w:themeColor="accent4" w:themeTint="BF"/>
        <w:right w:val="single" w:sz="8" w:space="0" w:color="DFEDA1" w:themeColor="accent4" w:themeTint="BF"/>
        <w:insideH w:val="single" w:sz="8" w:space="0" w:color="DFEDA1" w:themeColor="accent4" w:themeTint="BF"/>
        <w:insideV w:val="single" w:sz="8" w:space="0" w:color="DFEDA1" w:themeColor="accent4" w:themeTint="BF"/>
      </w:tblBorders>
    </w:tblPr>
    <w:tcPr>
      <w:shd w:val="clear" w:color="auto" w:fill="F4F9E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FEDA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3C0" w:themeFill="accent4" w:themeFillTint="7F"/>
      </w:tcPr>
    </w:tblStylePr>
    <w:tblStylePr w:type="band1Horz">
      <w:tblPr/>
      <w:tcPr>
        <w:shd w:val="clear" w:color="auto" w:fill="E9F3C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27272" w:themeColor="accent5" w:themeTint="BF"/>
        <w:left w:val="single" w:sz="8" w:space="0" w:color="727272" w:themeColor="accent5" w:themeTint="BF"/>
        <w:bottom w:val="single" w:sz="8" w:space="0" w:color="727272" w:themeColor="accent5" w:themeTint="BF"/>
        <w:right w:val="single" w:sz="8" w:space="0" w:color="727272" w:themeColor="accent5" w:themeTint="BF"/>
        <w:insideH w:val="single" w:sz="8" w:space="0" w:color="727272" w:themeColor="accent5" w:themeTint="BF"/>
        <w:insideV w:val="single" w:sz="8" w:space="0" w:color="727272" w:themeColor="accent5" w:themeTint="BF"/>
      </w:tblBorders>
    </w:tblPr>
    <w:tcPr>
      <w:shd w:val="clear" w:color="auto" w:fill="D0D0D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727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A1A1" w:themeFill="accent5" w:themeFillTint="7F"/>
      </w:tcPr>
    </w:tblStylePr>
    <w:tblStylePr w:type="band1Horz">
      <w:tblPr/>
      <w:tcPr>
        <w:shd w:val="clear" w:color="auto" w:fill="A1A1A1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444444" w:themeColor="text1"/>
    </w:rPr>
    <w:tblPr>
      <w:tblStyleRowBandSize w:val="1"/>
      <w:tblStyleColBandSize w:val="1"/>
      <w:tblBorders>
        <w:top w:val="single" w:sz="8" w:space="0" w:color="444444" w:themeColor="text1"/>
        <w:left w:val="single" w:sz="8" w:space="0" w:color="444444" w:themeColor="text1"/>
        <w:bottom w:val="single" w:sz="8" w:space="0" w:color="444444" w:themeColor="text1"/>
        <w:right w:val="single" w:sz="8" w:space="0" w:color="444444" w:themeColor="text1"/>
        <w:insideH w:val="single" w:sz="8" w:space="0" w:color="444444" w:themeColor="text1"/>
        <w:insideV w:val="single" w:sz="8" w:space="0" w:color="444444" w:themeColor="text1"/>
      </w:tblBorders>
    </w:tblPr>
    <w:tcPr>
      <w:shd w:val="clear" w:color="auto" w:fill="D0D0D0" w:themeFill="text1" w:themeFillTint="3F"/>
    </w:tcPr>
    <w:tblStylePr w:type="firstRow">
      <w:rPr>
        <w:b/>
        <w:bCs/>
        <w:color w:val="444444" w:themeColor="text1"/>
      </w:rPr>
      <w:tblPr/>
      <w:tcPr>
        <w:shd w:val="clear" w:color="auto" w:fill="ECECEC" w:themeFill="text1" w:themeFillTint="19"/>
      </w:tcPr>
    </w:tblStylePr>
    <w:tblStylePr w:type="lastRow">
      <w:rPr>
        <w:b/>
        <w:bCs/>
        <w:color w:val="444444" w:themeColor="text1"/>
      </w:rPr>
      <w:tblPr/>
      <w:tcPr>
        <w:tcBorders>
          <w:top w:val="single" w:sz="12" w:space="0" w:color="4444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4444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4444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text1" w:themeFillTint="33"/>
      </w:tcPr>
    </w:tblStylePr>
    <w:tblStylePr w:type="band1Vert">
      <w:tblPr/>
      <w:tcPr>
        <w:shd w:val="clear" w:color="auto" w:fill="A1A1A1" w:themeFill="text1" w:themeFillTint="7F"/>
      </w:tcPr>
    </w:tblStylePr>
    <w:tblStylePr w:type="band1Horz">
      <w:tblPr/>
      <w:tcPr>
        <w:tcBorders>
          <w:insideH w:val="single" w:sz="6" w:space="0" w:color="444444" w:themeColor="text1"/>
          <w:insideV w:val="single" w:sz="6" w:space="0" w:color="444444" w:themeColor="text1"/>
        </w:tcBorders>
        <w:shd w:val="clear" w:color="auto" w:fill="A1A1A1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444444" w:themeColor="text1"/>
    </w:rPr>
    <w:tblPr>
      <w:tblStyleRowBandSize w:val="1"/>
      <w:tblStyleColBandSize w:val="1"/>
      <w:tblBorders>
        <w:top w:val="single" w:sz="8" w:space="0" w:color="E98610" w:themeColor="accent1"/>
        <w:left w:val="single" w:sz="8" w:space="0" w:color="E98610" w:themeColor="accent1"/>
        <w:bottom w:val="single" w:sz="8" w:space="0" w:color="E98610" w:themeColor="accent1"/>
        <w:right w:val="single" w:sz="8" w:space="0" w:color="E98610" w:themeColor="accent1"/>
        <w:insideH w:val="single" w:sz="8" w:space="0" w:color="E98610" w:themeColor="accent1"/>
        <w:insideV w:val="single" w:sz="8" w:space="0" w:color="E98610" w:themeColor="accent1"/>
      </w:tblBorders>
    </w:tblPr>
    <w:tcPr>
      <w:shd w:val="clear" w:color="auto" w:fill="FBE1C2" w:themeFill="accent1" w:themeFillTint="3F"/>
    </w:tcPr>
    <w:tblStylePr w:type="firstRow">
      <w:rPr>
        <w:b/>
        <w:bCs/>
        <w:color w:val="444444" w:themeColor="text1"/>
      </w:rPr>
      <w:tblPr/>
      <w:tcPr>
        <w:shd w:val="clear" w:color="auto" w:fill="FDF3E6" w:themeFill="accent1" w:themeFillTint="19"/>
      </w:tcPr>
    </w:tblStylePr>
    <w:tblStylePr w:type="lastRow">
      <w:rPr>
        <w:b/>
        <w:bCs/>
        <w:color w:val="444444" w:themeColor="text1"/>
      </w:rPr>
      <w:tblPr/>
      <w:tcPr>
        <w:tcBorders>
          <w:top w:val="single" w:sz="12" w:space="0" w:color="4444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4444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4444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6CE" w:themeFill="accent1" w:themeFillTint="33"/>
      </w:tcPr>
    </w:tblStylePr>
    <w:tblStylePr w:type="band1Vert">
      <w:tblPr/>
      <w:tcPr>
        <w:shd w:val="clear" w:color="auto" w:fill="F6C285" w:themeFill="accent1" w:themeFillTint="7F"/>
      </w:tcPr>
    </w:tblStylePr>
    <w:tblStylePr w:type="band1Horz">
      <w:tblPr/>
      <w:tcPr>
        <w:tcBorders>
          <w:insideH w:val="single" w:sz="6" w:space="0" w:color="E98610" w:themeColor="accent1"/>
          <w:insideV w:val="single" w:sz="6" w:space="0" w:color="E98610" w:themeColor="accent1"/>
        </w:tcBorders>
        <w:shd w:val="clear" w:color="auto" w:fill="F6C285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444444" w:themeColor="text1"/>
    </w:rPr>
    <w:tblPr>
      <w:tblStyleRowBandSize w:val="1"/>
      <w:tblStyleColBandSize w:val="1"/>
      <w:tblBorders>
        <w:top w:val="single" w:sz="8" w:space="0" w:color="638A09" w:themeColor="accent2"/>
        <w:left w:val="single" w:sz="8" w:space="0" w:color="638A09" w:themeColor="accent2"/>
        <w:bottom w:val="single" w:sz="8" w:space="0" w:color="638A09" w:themeColor="accent2"/>
        <w:right w:val="single" w:sz="8" w:space="0" w:color="638A09" w:themeColor="accent2"/>
        <w:insideH w:val="single" w:sz="8" w:space="0" w:color="638A09" w:themeColor="accent2"/>
        <w:insideV w:val="single" w:sz="8" w:space="0" w:color="638A09" w:themeColor="accent2"/>
      </w:tblBorders>
    </w:tblPr>
    <w:tcPr>
      <w:shd w:val="clear" w:color="auto" w:fill="E1F9AA" w:themeFill="accent2" w:themeFillTint="3F"/>
    </w:tcPr>
    <w:tblStylePr w:type="firstRow">
      <w:rPr>
        <w:b/>
        <w:bCs/>
        <w:color w:val="444444" w:themeColor="text1"/>
      </w:rPr>
      <w:tblPr/>
      <w:tcPr>
        <w:shd w:val="clear" w:color="auto" w:fill="F3FCDD" w:themeFill="accent2" w:themeFillTint="19"/>
      </w:tcPr>
    </w:tblStylePr>
    <w:tblStylePr w:type="lastRow">
      <w:rPr>
        <w:b/>
        <w:bCs/>
        <w:color w:val="444444" w:themeColor="text1"/>
      </w:rPr>
      <w:tblPr/>
      <w:tcPr>
        <w:tcBorders>
          <w:top w:val="single" w:sz="12" w:space="0" w:color="4444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4444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4444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FABA" w:themeFill="accent2" w:themeFillTint="33"/>
      </w:tcPr>
    </w:tblStylePr>
    <w:tblStylePr w:type="band1Vert">
      <w:tblPr/>
      <w:tcPr>
        <w:shd w:val="clear" w:color="auto" w:fill="C3F455" w:themeFill="accent2" w:themeFillTint="7F"/>
      </w:tcPr>
    </w:tblStylePr>
    <w:tblStylePr w:type="band1Horz">
      <w:tblPr/>
      <w:tcPr>
        <w:tcBorders>
          <w:insideH w:val="single" w:sz="6" w:space="0" w:color="638A09" w:themeColor="accent2"/>
          <w:insideV w:val="single" w:sz="6" w:space="0" w:color="638A09" w:themeColor="accent2"/>
        </w:tcBorders>
        <w:shd w:val="clear" w:color="auto" w:fill="C3F455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444444" w:themeColor="text1"/>
    </w:rPr>
    <w:tblPr>
      <w:tblStyleRowBandSize w:val="1"/>
      <w:tblStyleColBandSize w:val="1"/>
      <w:tblBorders>
        <w:top w:val="single" w:sz="8" w:space="0" w:color="9EC533" w:themeColor="accent3"/>
        <w:left w:val="single" w:sz="8" w:space="0" w:color="9EC533" w:themeColor="accent3"/>
        <w:bottom w:val="single" w:sz="8" w:space="0" w:color="9EC533" w:themeColor="accent3"/>
        <w:right w:val="single" w:sz="8" w:space="0" w:color="9EC533" w:themeColor="accent3"/>
        <w:insideH w:val="single" w:sz="8" w:space="0" w:color="9EC533" w:themeColor="accent3"/>
        <w:insideV w:val="single" w:sz="8" w:space="0" w:color="9EC533" w:themeColor="accent3"/>
      </w:tblBorders>
    </w:tblPr>
    <w:tcPr>
      <w:shd w:val="clear" w:color="auto" w:fill="E7F1CB" w:themeFill="accent3" w:themeFillTint="3F"/>
    </w:tcPr>
    <w:tblStylePr w:type="firstRow">
      <w:rPr>
        <w:b/>
        <w:bCs/>
        <w:color w:val="444444" w:themeColor="text1"/>
      </w:rPr>
      <w:tblPr/>
      <w:tcPr>
        <w:shd w:val="clear" w:color="auto" w:fill="F5F9EA" w:themeFill="accent3" w:themeFillTint="19"/>
      </w:tcPr>
    </w:tblStylePr>
    <w:tblStylePr w:type="lastRow">
      <w:rPr>
        <w:b/>
        <w:bCs/>
        <w:color w:val="444444" w:themeColor="text1"/>
      </w:rPr>
      <w:tblPr/>
      <w:tcPr>
        <w:tcBorders>
          <w:top w:val="single" w:sz="12" w:space="0" w:color="4444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4444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4444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4D5" w:themeFill="accent3" w:themeFillTint="33"/>
      </w:tcPr>
    </w:tblStylePr>
    <w:tblStylePr w:type="band1Vert">
      <w:tblPr/>
      <w:tcPr>
        <w:shd w:val="clear" w:color="auto" w:fill="CFE497" w:themeFill="accent3" w:themeFillTint="7F"/>
      </w:tcPr>
    </w:tblStylePr>
    <w:tblStylePr w:type="band1Horz">
      <w:tblPr/>
      <w:tcPr>
        <w:tcBorders>
          <w:insideH w:val="single" w:sz="6" w:space="0" w:color="9EC533" w:themeColor="accent3"/>
          <w:insideV w:val="single" w:sz="6" w:space="0" w:color="9EC533" w:themeColor="accent3"/>
        </w:tcBorders>
        <w:shd w:val="clear" w:color="auto" w:fill="CFE497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444444" w:themeColor="text1"/>
    </w:rPr>
    <w:tblPr>
      <w:tblStyleRowBandSize w:val="1"/>
      <w:tblStyleColBandSize w:val="1"/>
      <w:tblBorders>
        <w:top w:val="single" w:sz="8" w:space="0" w:color="D5E882" w:themeColor="accent4"/>
        <w:left w:val="single" w:sz="8" w:space="0" w:color="D5E882" w:themeColor="accent4"/>
        <w:bottom w:val="single" w:sz="8" w:space="0" w:color="D5E882" w:themeColor="accent4"/>
        <w:right w:val="single" w:sz="8" w:space="0" w:color="D5E882" w:themeColor="accent4"/>
        <w:insideH w:val="single" w:sz="8" w:space="0" w:color="D5E882" w:themeColor="accent4"/>
        <w:insideV w:val="single" w:sz="8" w:space="0" w:color="D5E882" w:themeColor="accent4"/>
      </w:tblBorders>
    </w:tblPr>
    <w:tcPr>
      <w:shd w:val="clear" w:color="auto" w:fill="F4F9E0" w:themeFill="accent4" w:themeFillTint="3F"/>
    </w:tcPr>
    <w:tblStylePr w:type="firstRow">
      <w:rPr>
        <w:b/>
        <w:bCs/>
        <w:color w:val="444444" w:themeColor="text1"/>
      </w:rPr>
      <w:tblPr/>
      <w:tcPr>
        <w:shd w:val="clear" w:color="auto" w:fill="FAFCF2" w:themeFill="accent4" w:themeFillTint="19"/>
      </w:tcPr>
    </w:tblStylePr>
    <w:tblStylePr w:type="lastRow">
      <w:rPr>
        <w:b/>
        <w:bCs/>
        <w:color w:val="444444" w:themeColor="text1"/>
      </w:rPr>
      <w:tblPr/>
      <w:tcPr>
        <w:tcBorders>
          <w:top w:val="single" w:sz="12" w:space="0" w:color="4444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4444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4444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AE5" w:themeFill="accent4" w:themeFillTint="33"/>
      </w:tcPr>
    </w:tblStylePr>
    <w:tblStylePr w:type="band1Vert">
      <w:tblPr/>
      <w:tcPr>
        <w:shd w:val="clear" w:color="auto" w:fill="E9F3C0" w:themeFill="accent4" w:themeFillTint="7F"/>
      </w:tcPr>
    </w:tblStylePr>
    <w:tblStylePr w:type="band1Horz">
      <w:tblPr/>
      <w:tcPr>
        <w:tcBorders>
          <w:insideH w:val="single" w:sz="6" w:space="0" w:color="D5E882" w:themeColor="accent4"/>
          <w:insideV w:val="single" w:sz="6" w:space="0" w:color="D5E882" w:themeColor="accent4"/>
        </w:tcBorders>
        <w:shd w:val="clear" w:color="auto" w:fill="E9F3C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444444" w:themeColor="text1"/>
    </w:rPr>
    <w:tblPr>
      <w:tblStyleRowBandSize w:val="1"/>
      <w:tblStyleColBandSize w:val="1"/>
      <w:tblBorders>
        <w:top w:val="single" w:sz="8" w:space="0" w:color="444444" w:themeColor="accent5"/>
        <w:left w:val="single" w:sz="8" w:space="0" w:color="444444" w:themeColor="accent5"/>
        <w:bottom w:val="single" w:sz="8" w:space="0" w:color="444444" w:themeColor="accent5"/>
        <w:right w:val="single" w:sz="8" w:space="0" w:color="444444" w:themeColor="accent5"/>
        <w:insideH w:val="single" w:sz="8" w:space="0" w:color="444444" w:themeColor="accent5"/>
        <w:insideV w:val="single" w:sz="8" w:space="0" w:color="444444" w:themeColor="accent5"/>
      </w:tblBorders>
    </w:tblPr>
    <w:tcPr>
      <w:shd w:val="clear" w:color="auto" w:fill="D0D0D0" w:themeFill="accent5" w:themeFillTint="3F"/>
    </w:tcPr>
    <w:tblStylePr w:type="firstRow">
      <w:rPr>
        <w:b/>
        <w:bCs/>
        <w:color w:val="444444" w:themeColor="text1"/>
      </w:rPr>
      <w:tblPr/>
      <w:tcPr>
        <w:shd w:val="clear" w:color="auto" w:fill="ECECEC" w:themeFill="accent5" w:themeFillTint="19"/>
      </w:tcPr>
    </w:tblStylePr>
    <w:tblStylePr w:type="lastRow">
      <w:rPr>
        <w:b/>
        <w:bCs/>
        <w:color w:val="444444" w:themeColor="text1"/>
      </w:rPr>
      <w:tblPr/>
      <w:tcPr>
        <w:tcBorders>
          <w:top w:val="single" w:sz="12" w:space="0" w:color="4444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4444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4444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5" w:themeFillTint="33"/>
      </w:tcPr>
    </w:tblStylePr>
    <w:tblStylePr w:type="band1Vert">
      <w:tblPr/>
      <w:tcPr>
        <w:shd w:val="clear" w:color="auto" w:fill="A1A1A1" w:themeFill="accent5" w:themeFillTint="7F"/>
      </w:tcPr>
    </w:tblStylePr>
    <w:tblStylePr w:type="band1Horz">
      <w:tblPr/>
      <w:tcPr>
        <w:tcBorders>
          <w:insideH w:val="single" w:sz="6" w:space="0" w:color="444444" w:themeColor="accent5"/>
          <w:insideV w:val="single" w:sz="6" w:space="0" w:color="444444" w:themeColor="accent5"/>
        </w:tcBorders>
        <w:shd w:val="clear" w:color="auto" w:fill="A1A1A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444444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444444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444444" w:themeColor="text1"/>
      </w:rPr>
      <w:tblPr/>
      <w:tcPr>
        <w:tcBorders>
          <w:top w:val="single" w:sz="12" w:space="0" w:color="4444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4444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4444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0D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4444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4444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4444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4444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A1A1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A1A1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E1C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861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861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861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861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C285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C285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F9AA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8A0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8A0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38A0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38A0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3F455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3F455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F1CB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C533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C533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EC533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EC533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FE497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FE497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F9E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5E88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5E88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5E88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5E88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9F3C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9F3C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0D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444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444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444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444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A1A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A1A1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4444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4444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12121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23232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23232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3232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3232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861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4444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4420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E630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E630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E630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E630C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38A0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4444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0440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9670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9670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670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6706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EC533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4444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19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5932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5932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5932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59326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5E88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4444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0981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AD935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AD935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D935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D935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444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4444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1212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23232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23232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3232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3232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4444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444444" w:themeColor="text1"/>
    </w:rPr>
    <w:tblPr>
      <w:tblStyleRowBandSize w:val="1"/>
      <w:tblStyleColBandSize w:val="1"/>
      <w:tblBorders>
        <w:top w:val="single" w:sz="24" w:space="0" w:color="638A09" w:themeColor="accent2"/>
        <w:left w:val="single" w:sz="4" w:space="0" w:color="444444" w:themeColor="text1"/>
        <w:bottom w:val="single" w:sz="4" w:space="0" w:color="444444" w:themeColor="text1"/>
        <w:right w:val="single" w:sz="4" w:space="0" w:color="444444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CEC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38A0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82828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82828" w:themeColor="text1" w:themeShade="99"/>
          <w:insideV w:val="nil"/>
        </w:tcBorders>
        <w:shd w:val="clear" w:color="auto" w:fill="282828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3232" w:themeFill="text1" w:themeFillShade="BF"/>
      </w:tcPr>
    </w:tblStylePr>
    <w:tblStylePr w:type="band1Vert">
      <w:tblPr/>
      <w:tcPr>
        <w:shd w:val="clear" w:color="auto" w:fill="B4B4B4" w:themeFill="text1" w:themeFillTint="66"/>
      </w:tcPr>
    </w:tblStylePr>
    <w:tblStylePr w:type="band1Horz">
      <w:tblPr/>
      <w:tcPr>
        <w:shd w:val="clear" w:color="auto" w:fill="A1A1A1" w:themeFill="text1" w:themeFillTint="7F"/>
      </w:tcPr>
    </w:tblStylePr>
    <w:tblStylePr w:type="neCell">
      <w:rPr>
        <w:color w:val="444444" w:themeColor="text1"/>
      </w:rPr>
    </w:tblStylePr>
    <w:tblStylePr w:type="nwCell">
      <w:rPr>
        <w:color w:val="444444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444444" w:themeColor="text1"/>
    </w:rPr>
    <w:tblPr>
      <w:tblStyleRowBandSize w:val="1"/>
      <w:tblStyleColBandSize w:val="1"/>
      <w:tblBorders>
        <w:top w:val="single" w:sz="24" w:space="0" w:color="638A09" w:themeColor="accent2"/>
        <w:left w:val="single" w:sz="4" w:space="0" w:color="E98610" w:themeColor="accent1"/>
        <w:bottom w:val="single" w:sz="4" w:space="0" w:color="E98610" w:themeColor="accent1"/>
        <w:right w:val="single" w:sz="4" w:space="0" w:color="E9861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3E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38A0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B5009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B5009" w:themeColor="accent1" w:themeShade="99"/>
          <w:insideV w:val="nil"/>
        </w:tcBorders>
        <w:shd w:val="clear" w:color="auto" w:fill="8B5009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B5009" w:themeFill="accent1" w:themeFillShade="99"/>
      </w:tcPr>
    </w:tblStylePr>
    <w:tblStylePr w:type="band1Vert">
      <w:tblPr/>
      <w:tcPr>
        <w:shd w:val="clear" w:color="auto" w:fill="F8CE9D" w:themeFill="accent1" w:themeFillTint="66"/>
      </w:tcPr>
    </w:tblStylePr>
    <w:tblStylePr w:type="band1Horz">
      <w:tblPr/>
      <w:tcPr>
        <w:shd w:val="clear" w:color="auto" w:fill="F6C285" w:themeFill="accent1" w:themeFillTint="7F"/>
      </w:tcPr>
    </w:tblStylePr>
    <w:tblStylePr w:type="neCell">
      <w:rPr>
        <w:color w:val="444444" w:themeColor="text1"/>
      </w:rPr>
    </w:tblStylePr>
    <w:tblStylePr w:type="nwCell">
      <w:rPr>
        <w:color w:val="444444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444444" w:themeColor="text1"/>
    </w:rPr>
    <w:tblPr>
      <w:tblStyleRowBandSize w:val="1"/>
      <w:tblStyleColBandSize w:val="1"/>
      <w:tblBorders>
        <w:top w:val="single" w:sz="24" w:space="0" w:color="638A09" w:themeColor="accent2"/>
        <w:left w:val="single" w:sz="4" w:space="0" w:color="638A09" w:themeColor="accent2"/>
        <w:bottom w:val="single" w:sz="4" w:space="0" w:color="638A09" w:themeColor="accent2"/>
        <w:right w:val="single" w:sz="4" w:space="0" w:color="638A0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CD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38A0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A5205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A5205" w:themeColor="accent2" w:themeShade="99"/>
          <w:insideV w:val="nil"/>
        </w:tcBorders>
        <w:shd w:val="clear" w:color="auto" w:fill="3A5205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5205" w:themeFill="accent2" w:themeFillShade="99"/>
      </w:tcPr>
    </w:tblStylePr>
    <w:tblStylePr w:type="band1Vert">
      <w:tblPr/>
      <w:tcPr>
        <w:shd w:val="clear" w:color="auto" w:fill="CFF676" w:themeFill="accent2" w:themeFillTint="66"/>
      </w:tcPr>
    </w:tblStylePr>
    <w:tblStylePr w:type="band1Horz">
      <w:tblPr/>
      <w:tcPr>
        <w:shd w:val="clear" w:color="auto" w:fill="C3F455" w:themeFill="accent2" w:themeFillTint="7F"/>
      </w:tcPr>
    </w:tblStylePr>
    <w:tblStylePr w:type="neCell">
      <w:rPr>
        <w:color w:val="444444" w:themeColor="text1"/>
      </w:rPr>
    </w:tblStylePr>
    <w:tblStylePr w:type="nwCell">
      <w:rPr>
        <w:color w:val="444444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444444" w:themeColor="text1"/>
    </w:rPr>
    <w:tblPr>
      <w:tblStyleRowBandSize w:val="1"/>
      <w:tblStyleColBandSize w:val="1"/>
      <w:tblBorders>
        <w:top w:val="single" w:sz="24" w:space="0" w:color="D5E882" w:themeColor="accent4"/>
        <w:left w:val="single" w:sz="4" w:space="0" w:color="9EC533" w:themeColor="accent3"/>
        <w:bottom w:val="single" w:sz="4" w:space="0" w:color="9EC533" w:themeColor="accent3"/>
        <w:right w:val="single" w:sz="4" w:space="0" w:color="9EC533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9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5E88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61E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61E" w:themeColor="accent3" w:themeShade="99"/>
          <w:insideV w:val="nil"/>
        </w:tcBorders>
        <w:shd w:val="clear" w:color="auto" w:fill="5E761E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61E" w:themeFill="accent3" w:themeFillShade="99"/>
      </w:tcPr>
    </w:tblStylePr>
    <w:tblStylePr w:type="band1Vert">
      <w:tblPr/>
      <w:tcPr>
        <w:shd w:val="clear" w:color="auto" w:fill="D8E9AB" w:themeFill="accent3" w:themeFillTint="66"/>
      </w:tcPr>
    </w:tblStylePr>
    <w:tblStylePr w:type="band1Horz">
      <w:tblPr/>
      <w:tcPr>
        <w:shd w:val="clear" w:color="auto" w:fill="CFE497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444444" w:themeColor="text1"/>
    </w:rPr>
    <w:tblPr>
      <w:tblStyleRowBandSize w:val="1"/>
      <w:tblStyleColBandSize w:val="1"/>
      <w:tblBorders>
        <w:top w:val="single" w:sz="24" w:space="0" w:color="9EC533" w:themeColor="accent3"/>
        <w:left w:val="single" w:sz="4" w:space="0" w:color="D5E882" w:themeColor="accent4"/>
        <w:bottom w:val="single" w:sz="4" w:space="0" w:color="D5E882" w:themeColor="accent4"/>
        <w:right w:val="single" w:sz="4" w:space="0" w:color="D5E88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C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EC53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BB721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721" w:themeColor="accent4" w:themeShade="99"/>
          <w:insideV w:val="nil"/>
        </w:tcBorders>
        <w:shd w:val="clear" w:color="auto" w:fill="9BB721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721" w:themeFill="accent4" w:themeFillShade="99"/>
      </w:tcPr>
    </w:tblStylePr>
    <w:tblStylePr w:type="band1Vert">
      <w:tblPr/>
      <w:tcPr>
        <w:shd w:val="clear" w:color="auto" w:fill="EEF5CC" w:themeFill="accent4" w:themeFillTint="66"/>
      </w:tcPr>
    </w:tblStylePr>
    <w:tblStylePr w:type="band1Horz">
      <w:tblPr/>
      <w:tcPr>
        <w:shd w:val="clear" w:color="auto" w:fill="E9F3C0" w:themeFill="accent4" w:themeFillTint="7F"/>
      </w:tcPr>
    </w:tblStylePr>
    <w:tblStylePr w:type="neCell">
      <w:rPr>
        <w:color w:val="444444" w:themeColor="text1"/>
      </w:rPr>
    </w:tblStylePr>
    <w:tblStylePr w:type="nwCell">
      <w:rPr>
        <w:color w:val="444444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444444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4444" w:themeColor="accent5"/>
        <w:bottom w:val="single" w:sz="4" w:space="0" w:color="444444" w:themeColor="accent5"/>
        <w:right w:val="single" w:sz="4" w:space="0" w:color="44444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C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8282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82828" w:themeColor="accent5" w:themeShade="99"/>
          <w:insideV w:val="nil"/>
        </w:tcBorders>
        <w:shd w:val="clear" w:color="auto" w:fill="28282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2828" w:themeFill="accent5" w:themeFillShade="99"/>
      </w:tcPr>
    </w:tblStylePr>
    <w:tblStylePr w:type="band1Vert">
      <w:tblPr/>
      <w:tcPr>
        <w:shd w:val="clear" w:color="auto" w:fill="B4B4B4" w:themeFill="accent5" w:themeFillTint="66"/>
      </w:tcPr>
    </w:tblStylePr>
    <w:tblStylePr w:type="band1Horz">
      <w:tblPr/>
      <w:tcPr>
        <w:shd w:val="clear" w:color="auto" w:fill="A1A1A1" w:themeFill="accent5" w:themeFillTint="7F"/>
      </w:tcPr>
    </w:tblStylePr>
    <w:tblStylePr w:type="neCell">
      <w:rPr>
        <w:color w:val="444444" w:themeColor="text1"/>
      </w:rPr>
    </w:tblStylePr>
    <w:tblStylePr w:type="nwCell">
      <w:rPr>
        <w:color w:val="444444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444444" w:themeColor="text1"/>
    </w:rPr>
    <w:tblPr>
      <w:tblStyleRowBandSize w:val="1"/>
      <w:tblStyleColBandSize w:val="1"/>
      <w:tblBorders>
        <w:top w:val="single" w:sz="24" w:space="0" w:color="44444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444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444444" w:themeColor="text1"/>
      </w:rPr>
    </w:tblStylePr>
    <w:tblStylePr w:type="nwCell">
      <w:rPr>
        <w:color w:val="444444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444444" w:themeColor="text1"/>
    </w:rPr>
    <w:tblPr>
      <w:tblStyleRowBandSize w:val="1"/>
      <w:tblStyleColBandSize w:val="1"/>
    </w:tblPr>
    <w:tcPr>
      <w:shd w:val="clear" w:color="auto" w:fill="ECECEC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E6E07" w:themeFill="accent2" w:themeFillShade="CC"/>
      </w:tcPr>
    </w:tblStylePr>
    <w:tblStylePr w:type="lastRow">
      <w:rPr>
        <w:b/>
        <w:bCs/>
        <w:color w:val="4E6E07" w:themeColor="accent2" w:themeShade="CC"/>
      </w:rPr>
      <w:tblPr/>
      <w:tcPr>
        <w:tcBorders>
          <w:top w:val="single" w:sz="12" w:space="0" w:color="4444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0D0" w:themeFill="text1" w:themeFillTint="3F"/>
      </w:tcPr>
    </w:tblStylePr>
    <w:tblStylePr w:type="band1Horz">
      <w:tblPr/>
      <w:tcPr>
        <w:shd w:val="clear" w:color="auto" w:fill="D9D9D9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444444" w:themeColor="text1"/>
    </w:rPr>
    <w:tblPr>
      <w:tblStyleRowBandSize w:val="1"/>
      <w:tblStyleColBandSize w:val="1"/>
    </w:tblPr>
    <w:tcPr>
      <w:shd w:val="clear" w:color="auto" w:fill="FDF3E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E6E07" w:themeFill="accent2" w:themeFillShade="CC"/>
      </w:tcPr>
    </w:tblStylePr>
    <w:tblStylePr w:type="lastRow">
      <w:rPr>
        <w:b/>
        <w:bCs/>
        <w:color w:val="4E6E07" w:themeColor="accent2" w:themeShade="CC"/>
      </w:rPr>
      <w:tblPr/>
      <w:tcPr>
        <w:tcBorders>
          <w:top w:val="single" w:sz="12" w:space="0" w:color="4444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1C2" w:themeFill="accent1" w:themeFillTint="3F"/>
      </w:tcPr>
    </w:tblStylePr>
    <w:tblStylePr w:type="band1Horz">
      <w:tblPr/>
      <w:tcPr>
        <w:shd w:val="clear" w:color="auto" w:fill="FBE6CE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444444" w:themeColor="text1"/>
    </w:rPr>
    <w:tblPr>
      <w:tblStyleRowBandSize w:val="1"/>
      <w:tblStyleColBandSize w:val="1"/>
    </w:tblPr>
    <w:tcPr>
      <w:shd w:val="clear" w:color="auto" w:fill="F3FCD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E6E07" w:themeFill="accent2" w:themeFillShade="CC"/>
      </w:tcPr>
    </w:tblStylePr>
    <w:tblStylePr w:type="lastRow">
      <w:rPr>
        <w:b/>
        <w:bCs/>
        <w:color w:val="4E6E07" w:themeColor="accent2" w:themeShade="CC"/>
      </w:rPr>
      <w:tblPr/>
      <w:tcPr>
        <w:tcBorders>
          <w:top w:val="single" w:sz="12" w:space="0" w:color="4444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F9AA" w:themeFill="accent2" w:themeFillTint="3F"/>
      </w:tcPr>
    </w:tblStylePr>
    <w:tblStylePr w:type="band1Horz">
      <w:tblPr/>
      <w:tcPr>
        <w:shd w:val="clear" w:color="auto" w:fill="E7FABA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444444" w:themeColor="text1"/>
    </w:rPr>
    <w:tblPr>
      <w:tblStyleRowBandSize w:val="1"/>
      <w:tblStyleColBandSize w:val="1"/>
    </w:tblPr>
    <w:tcPr>
      <w:shd w:val="clear" w:color="auto" w:fill="F5F9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0DC44" w:themeFill="accent4" w:themeFillShade="CC"/>
      </w:tcPr>
    </w:tblStylePr>
    <w:tblStylePr w:type="lastRow">
      <w:rPr>
        <w:b/>
        <w:bCs/>
        <w:color w:val="C0DC44" w:themeColor="accent4" w:themeShade="CC"/>
      </w:rPr>
      <w:tblPr/>
      <w:tcPr>
        <w:tcBorders>
          <w:top w:val="single" w:sz="12" w:space="0" w:color="4444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F1CB" w:themeFill="accent3" w:themeFillTint="3F"/>
      </w:tcPr>
    </w:tblStylePr>
    <w:tblStylePr w:type="band1Horz">
      <w:tblPr/>
      <w:tcPr>
        <w:shd w:val="clear" w:color="auto" w:fill="EBF4D5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444444" w:themeColor="text1"/>
    </w:rPr>
    <w:tblPr>
      <w:tblStyleRowBandSize w:val="1"/>
      <w:tblStyleColBandSize w:val="1"/>
    </w:tblPr>
    <w:tcPr>
      <w:shd w:val="clear" w:color="auto" w:fill="FAFC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D9D28" w:themeFill="accent3" w:themeFillShade="CC"/>
      </w:tcPr>
    </w:tblStylePr>
    <w:tblStylePr w:type="lastRow">
      <w:rPr>
        <w:b/>
        <w:bCs/>
        <w:color w:val="7D9D28" w:themeColor="accent3" w:themeShade="CC"/>
      </w:rPr>
      <w:tblPr/>
      <w:tcPr>
        <w:tcBorders>
          <w:top w:val="single" w:sz="12" w:space="0" w:color="4444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F9E0" w:themeFill="accent4" w:themeFillTint="3F"/>
      </w:tcPr>
    </w:tblStylePr>
    <w:tblStylePr w:type="band1Horz">
      <w:tblPr/>
      <w:tcPr>
        <w:shd w:val="clear" w:color="auto" w:fill="F6FAE5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444444" w:themeColor="text1"/>
    </w:rPr>
    <w:tblPr>
      <w:tblStyleRowBandSize w:val="1"/>
      <w:tblStyleColBandSize w:val="1"/>
    </w:tblPr>
    <w:tcPr>
      <w:shd w:val="clear" w:color="auto" w:fill="ECEC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4444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0D0" w:themeFill="accent5" w:themeFillTint="3F"/>
      </w:tcPr>
    </w:tblStylePr>
    <w:tblStylePr w:type="band1Horz">
      <w:tblPr/>
      <w:tcPr>
        <w:shd w:val="clear" w:color="auto" w:fill="D9D9D9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444444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63636" w:themeFill="accent5" w:themeFillShade="CC"/>
      </w:tcPr>
    </w:tblStylePr>
    <w:tblStylePr w:type="lastRow">
      <w:rPr>
        <w:b/>
        <w:bCs/>
        <w:color w:val="363636" w:themeColor="accent5" w:themeShade="CC"/>
      </w:rPr>
      <w:tblPr/>
      <w:tcPr>
        <w:tcBorders>
          <w:top w:val="single" w:sz="12" w:space="0" w:color="4444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4444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D9D9" w:themeFill="text1" w:themeFillTint="33"/>
    </w:tcPr>
    <w:tblStylePr w:type="firstRow">
      <w:rPr>
        <w:b/>
        <w:bCs/>
      </w:rPr>
      <w:tblPr/>
      <w:tcPr>
        <w:shd w:val="clear" w:color="auto" w:fill="B4B4B4" w:themeFill="text1" w:themeFillTint="66"/>
      </w:tcPr>
    </w:tblStylePr>
    <w:tblStylePr w:type="lastRow">
      <w:rPr>
        <w:b/>
        <w:bCs/>
        <w:color w:val="444444" w:themeColor="text1"/>
      </w:rPr>
      <w:tblPr/>
      <w:tcPr>
        <w:shd w:val="clear" w:color="auto" w:fill="B4B4B4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323232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323232" w:themeFill="text1" w:themeFillShade="BF"/>
      </w:tcPr>
    </w:tblStylePr>
    <w:tblStylePr w:type="band1Vert">
      <w:tblPr/>
      <w:tcPr>
        <w:shd w:val="clear" w:color="auto" w:fill="A1A1A1" w:themeFill="text1" w:themeFillTint="7F"/>
      </w:tcPr>
    </w:tblStylePr>
    <w:tblStylePr w:type="band1Horz">
      <w:tblPr/>
      <w:tcPr>
        <w:shd w:val="clear" w:color="auto" w:fill="A1A1A1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4444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6CE" w:themeFill="accent1" w:themeFillTint="33"/>
    </w:tcPr>
    <w:tblStylePr w:type="firstRow">
      <w:rPr>
        <w:b/>
        <w:bCs/>
      </w:rPr>
      <w:tblPr/>
      <w:tcPr>
        <w:shd w:val="clear" w:color="auto" w:fill="F8CE9D" w:themeFill="accent1" w:themeFillTint="66"/>
      </w:tcPr>
    </w:tblStylePr>
    <w:tblStylePr w:type="lastRow">
      <w:rPr>
        <w:b/>
        <w:bCs/>
        <w:color w:val="444444" w:themeColor="text1"/>
      </w:rPr>
      <w:tblPr/>
      <w:tcPr>
        <w:shd w:val="clear" w:color="auto" w:fill="F8CE9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E630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E630C" w:themeFill="accent1" w:themeFillShade="BF"/>
      </w:tcPr>
    </w:tblStylePr>
    <w:tblStylePr w:type="band1Vert">
      <w:tblPr/>
      <w:tcPr>
        <w:shd w:val="clear" w:color="auto" w:fill="F6C285" w:themeFill="accent1" w:themeFillTint="7F"/>
      </w:tcPr>
    </w:tblStylePr>
    <w:tblStylePr w:type="band1Horz">
      <w:tblPr/>
      <w:tcPr>
        <w:shd w:val="clear" w:color="auto" w:fill="F6C285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4444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FABA" w:themeFill="accent2" w:themeFillTint="33"/>
    </w:tcPr>
    <w:tblStylePr w:type="firstRow">
      <w:rPr>
        <w:b/>
        <w:bCs/>
      </w:rPr>
      <w:tblPr/>
      <w:tcPr>
        <w:shd w:val="clear" w:color="auto" w:fill="CFF676" w:themeFill="accent2" w:themeFillTint="66"/>
      </w:tcPr>
    </w:tblStylePr>
    <w:tblStylePr w:type="lastRow">
      <w:rPr>
        <w:b/>
        <w:bCs/>
        <w:color w:val="444444" w:themeColor="text1"/>
      </w:rPr>
      <w:tblPr/>
      <w:tcPr>
        <w:shd w:val="clear" w:color="auto" w:fill="CFF67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49670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496706" w:themeFill="accent2" w:themeFillShade="BF"/>
      </w:tcPr>
    </w:tblStylePr>
    <w:tblStylePr w:type="band1Vert">
      <w:tblPr/>
      <w:tcPr>
        <w:shd w:val="clear" w:color="auto" w:fill="C3F455" w:themeFill="accent2" w:themeFillTint="7F"/>
      </w:tcPr>
    </w:tblStylePr>
    <w:tblStylePr w:type="band1Horz">
      <w:tblPr/>
      <w:tcPr>
        <w:shd w:val="clear" w:color="auto" w:fill="C3F455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4444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4D5" w:themeFill="accent3" w:themeFillTint="33"/>
    </w:tcPr>
    <w:tblStylePr w:type="firstRow">
      <w:rPr>
        <w:b/>
        <w:bCs/>
      </w:rPr>
      <w:tblPr/>
      <w:tcPr>
        <w:shd w:val="clear" w:color="auto" w:fill="D8E9AB" w:themeFill="accent3" w:themeFillTint="66"/>
      </w:tcPr>
    </w:tblStylePr>
    <w:tblStylePr w:type="lastRow">
      <w:rPr>
        <w:b/>
        <w:bCs/>
        <w:color w:val="444444" w:themeColor="text1"/>
      </w:rPr>
      <w:tblPr/>
      <w:tcPr>
        <w:shd w:val="clear" w:color="auto" w:fill="D8E9A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5932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59326" w:themeFill="accent3" w:themeFillShade="BF"/>
      </w:tcPr>
    </w:tblStylePr>
    <w:tblStylePr w:type="band1Vert">
      <w:tblPr/>
      <w:tcPr>
        <w:shd w:val="clear" w:color="auto" w:fill="CFE497" w:themeFill="accent3" w:themeFillTint="7F"/>
      </w:tcPr>
    </w:tblStylePr>
    <w:tblStylePr w:type="band1Horz">
      <w:tblPr/>
      <w:tcPr>
        <w:shd w:val="clear" w:color="auto" w:fill="CFE497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4444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FAE5" w:themeFill="accent4" w:themeFillTint="33"/>
    </w:tcPr>
    <w:tblStylePr w:type="firstRow">
      <w:rPr>
        <w:b/>
        <w:bCs/>
      </w:rPr>
      <w:tblPr/>
      <w:tcPr>
        <w:shd w:val="clear" w:color="auto" w:fill="EEF5CC" w:themeFill="accent4" w:themeFillTint="66"/>
      </w:tcPr>
    </w:tblStylePr>
    <w:tblStylePr w:type="lastRow">
      <w:rPr>
        <w:b/>
        <w:bCs/>
        <w:color w:val="444444" w:themeColor="text1"/>
      </w:rPr>
      <w:tblPr/>
      <w:tcPr>
        <w:shd w:val="clear" w:color="auto" w:fill="EEF5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AD935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AD935" w:themeFill="accent4" w:themeFillShade="BF"/>
      </w:tcPr>
    </w:tblStylePr>
    <w:tblStylePr w:type="band1Vert">
      <w:tblPr/>
      <w:tcPr>
        <w:shd w:val="clear" w:color="auto" w:fill="E9F3C0" w:themeFill="accent4" w:themeFillTint="7F"/>
      </w:tcPr>
    </w:tblStylePr>
    <w:tblStylePr w:type="band1Horz">
      <w:tblPr/>
      <w:tcPr>
        <w:shd w:val="clear" w:color="auto" w:fill="E9F3C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4444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D9D9" w:themeFill="accent5" w:themeFillTint="33"/>
    </w:tcPr>
    <w:tblStylePr w:type="firstRow">
      <w:rPr>
        <w:b/>
        <w:bCs/>
      </w:rPr>
      <w:tblPr/>
      <w:tcPr>
        <w:shd w:val="clear" w:color="auto" w:fill="B4B4B4" w:themeFill="accent5" w:themeFillTint="66"/>
      </w:tcPr>
    </w:tblStylePr>
    <w:tblStylePr w:type="lastRow">
      <w:rPr>
        <w:b/>
        <w:bCs/>
        <w:color w:val="444444" w:themeColor="text1"/>
      </w:rPr>
      <w:tblPr/>
      <w:tcPr>
        <w:shd w:val="clear" w:color="auto" w:fill="B4B4B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23232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23232" w:themeFill="accent5" w:themeFillShade="BF"/>
      </w:tcPr>
    </w:tblStylePr>
    <w:tblStylePr w:type="band1Vert">
      <w:tblPr/>
      <w:tcPr>
        <w:shd w:val="clear" w:color="auto" w:fill="A1A1A1" w:themeFill="accent5" w:themeFillTint="7F"/>
      </w:tcPr>
    </w:tblStylePr>
    <w:tblStylePr w:type="band1Horz">
      <w:tblPr/>
      <w:tcPr>
        <w:shd w:val="clear" w:color="auto" w:fill="A1A1A1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4444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444444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E15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580"/>
    <w:rPr>
      <w:rFonts w:ascii="Segoe UI" w:hAnsi="Segoe UI" w:cs="Segoe UI"/>
      <w:color w:val="444444" w:themeColor="tex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TSI">
      <a:dk1>
        <a:srgbClr val="444444"/>
      </a:dk1>
      <a:lt1>
        <a:sysClr val="window" lastClr="FFFFFF"/>
      </a:lt1>
      <a:dk2>
        <a:srgbClr val="93968D"/>
      </a:dk2>
      <a:lt2>
        <a:srgbClr val="F7F8D4"/>
      </a:lt2>
      <a:accent1>
        <a:srgbClr val="E98610"/>
      </a:accent1>
      <a:accent2>
        <a:srgbClr val="638A09"/>
      </a:accent2>
      <a:accent3>
        <a:srgbClr val="9EC533"/>
      </a:accent3>
      <a:accent4>
        <a:srgbClr val="D5E882"/>
      </a:accent4>
      <a:accent5>
        <a:srgbClr val="444444"/>
      </a:accent5>
      <a:accent6>
        <a:srgbClr val="70AD47"/>
      </a:accent6>
      <a:hlink>
        <a:srgbClr val="E98610"/>
      </a:hlink>
      <a:folHlink>
        <a:srgbClr val="E2781E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7B048EC-752E-49BB-93DB-ABA0A82F0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Christine Greene</cp:lastModifiedBy>
  <cp:revision>2</cp:revision>
  <dcterms:created xsi:type="dcterms:W3CDTF">2025-10-15T18:43:00Z</dcterms:created>
  <dcterms:modified xsi:type="dcterms:W3CDTF">2025-10-15T18:43:00Z</dcterms:modified>
  <cp:category/>
</cp:coreProperties>
</file>